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B5F" w:rsidRDefault="00FB7B5F" w:rsidP="00FB7B5F">
      <w:pPr>
        <w:pStyle w:val="Title"/>
        <w:jc w:val="center"/>
      </w:pPr>
      <w:r w:rsidRPr="00FB7B5F">
        <w:rPr>
          <w:noProof/>
        </w:rPr>
        <w:drawing>
          <wp:inline distT="0" distB="0" distL="0" distR="0" wp14:anchorId="6167EAEE" wp14:editId="7907B9DD">
            <wp:extent cx="2514618" cy="2705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4618" cy="270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7B5F" w:rsidRDefault="00FB7B5F">
      <w:pPr>
        <w:pStyle w:val="Title"/>
      </w:pPr>
    </w:p>
    <w:p w:rsidR="00F57345" w:rsidRDefault="00026585">
      <w:pPr>
        <w:pStyle w:val="Title"/>
      </w:pPr>
      <w:r>
        <w:t>Alde Valley Academy Assembly Rota 2026–27</w:t>
      </w:r>
    </w:p>
    <w:p w:rsidR="00F57345" w:rsidRDefault="004B7271">
      <w:r>
        <w:t xml:space="preserve">Assemblies are sequenced against the school planners and tutor activities inline with the ASPIRE curriculum. </w:t>
      </w:r>
    </w:p>
    <w:p w:rsidR="004B7271" w:rsidRDefault="004B7271" w:rsidP="00FB7B5F">
      <w:pPr>
        <w:pStyle w:val="ListParagraph"/>
        <w:numPr>
          <w:ilvl w:val="0"/>
          <w:numId w:val="10"/>
        </w:numPr>
      </w:pPr>
      <w:r>
        <w:t xml:space="preserve">The </w:t>
      </w:r>
      <w:proofErr w:type="spellStart"/>
      <w:r>
        <w:t>rota</w:t>
      </w:r>
      <w:proofErr w:type="spellEnd"/>
      <w:r>
        <w:t xml:space="preserve"> is below</w:t>
      </w:r>
      <w:r w:rsidR="00FB7B5F">
        <w:t>.</w:t>
      </w:r>
    </w:p>
    <w:p w:rsidR="00FB7B5F" w:rsidRDefault="00FB7B5F" w:rsidP="00FB7B5F">
      <w:pPr>
        <w:pStyle w:val="ListParagraph"/>
        <w:numPr>
          <w:ilvl w:val="0"/>
          <w:numId w:val="10"/>
        </w:numPr>
      </w:pPr>
      <w:r>
        <w:t xml:space="preserve">Resources from </w:t>
      </w:r>
      <w:proofErr w:type="spellStart"/>
      <w:r>
        <w:t>theday</w:t>
      </w:r>
      <w:proofErr w:type="spellEnd"/>
      <w:r>
        <w:t xml:space="preserve"> are used to build assemblies.</w:t>
      </w:r>
    </w:p>
    <w:p w:rsidR="00FB7B5F" w:rsidRDefault="00FB7B5F" w:rsidP="00FB7B5F">
      <w:pPr>
        <w:pStyle w:val="ListParagraph"/>
        <w:numPr>
          <w:ilvl w:val="0"/>
          <w:numId w:val="10"/>
        </w:numPr>
      </w:pPr>
      <w:r>
        <w:t xml:space="preserve">There is an assembly template which staff follow to format and use a “big question” related to personal development and the ASPIRE curriculum. See below. </w:t>
      </w:r>
    </w:p>
    <w:p w:rsidR="00FB7B5F" w:rsidRDefault="00FB7B5F" w:rsidP="00FB7B5F">
      <w:pPr>
        <w:pStyle w:val="ListParagraph"/>
        <w:numPr>
          <w:ilvl w:val="0"/>
          <w:numId w:val="10"/>
        </w:numPr>
      </w:pPr>
      <w:r>
        <w:t xml:space="preserve">HOY introduce the assembly and do the notices before handing over to the assembly lead.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FB7B5F" w:rsidTr="00FB7B5F">
        <w:tc>
          <w:tcPr>
            <w:tcW w:w="5098" w:type="dxa"/>
          </w:tcPr>
          <w:p w:rsidR="00FB7B5F" w:rsidRDefault="00FB7B5F" w:rsidP="00FB7B5F">
            <w:r>
              <w:t>Monday</w:t>
            </w:r>
          </w:p>
        </w:tc>
        <w:tc>
          <w:tcPr>
            <w:tcW w:w="5098" w:type="dxa"/>
          </w:tcPr>
          <w:p w:rsidR="00FB7B5F" w:rsidRDefault="00FB7B5F" w:rsidP="00FB7B5F">
            <w:r>
              <w:t>Year 11</w:t>
            </w:r>
          </w:p>
        </w:tc>
      </w:tr>
      <w:tr w:rsidR="00FB7B5F" w:rsidTr="00FB7B5F">
        <w:tc>
          <w:tcPr>
            <w:tcW w:w="5098" w:type="dxa"/>
          </w:tcPr>
          <w:p w:rsidR="00FB7B5F" w:rsidRDefault="00FB7B5F" w:rsidP="00FB7B5F">
            <w:r>
              <w:t>Tuesday</w:t>
            </w:r>
          </w:p>
        </w:tc>
        <w:tc>
          <w:tcPr>
            <w:tcW w:w="5098" w:type="dxa"/>
          </w:tcPr>
          <w:p w:rsidR="00FB7B5F" w:rsidRDefault="00FB7B5F" w:rsidP="00FB7B5F">
            <w:r>
              <w:t>Year 10</w:t>
            </w:r>
          </w:p>
        </w:tc>
      </w:tr>
      <w:tr w:rsidR="00FB7B5F" w:rsidTr="00FB7B5F">
        <w:tc>
          <w:tcPr>
            <w:tcW w:w="5098" w:type="dxa"/>
          </w:tcPr>
          <w:p w:rsidR="00FB7B5F" w:rsidRDefault="00FB7B5F" w:rsidP="00FB7B5F">
            <w:r>
              <w:t>Wednesday</w:t>
            </w:r>
          </w:p>
        </w:tc>
        <w:tc>
          <w:tcPr>
            <w:tcW w:w="5098" w:type="dxa"/>
          </w:tcPr>
          <w:p w:rsidR="00FB7B5F" w:rsidRDefault="00FB7B5F" w:rsidP="00FB7B5F">
            <w:r>
              <w:t>Year 9</w:t>
            </w:r>
          </w:p>
        </w:tc>
      </w:tr>
      <w:tr w:rsidR="00FB7B5F" w:rsidTr="00FB7B5F">
        <w:tc>
          <w:tcPr>
            <w:tcW w:w="5098" w:type="dxa"/>
          </w:tcPr>
          <w:p w:rsidR="00FB7B5F" w:rsidRDefault="00FB7B5F" w:rsidP="00FB7B5F">
            <w:r>
              <w:t>Thursday</w:t>
            </w:r>
          </w:p>
        </w:tc>
        <w:tc>
          <w:tcPr>
            <w:tcW w:w="5098" w:type="dxa"/>
          </w:tcPr>
          <w:p w:rsidR="00FB7B5F" w:rsidRDefault="00FB7B5F" w:rsidP="00FB7B5F">
            <w:r>
              <w:t>Year 8</w:t>
            </w:r>
          </w:p>
        </w:tc>
      </w:tr>
      <w:tr w:rsidR="00FB7B5F" w:rsidTr="00FB7B5F">
        <w:tc>
          <w:tcPr>
            <w:tcW w:w="5098" w:type="dxa"/>
          </w:tcPr>
          <w:p w:rsidR="00FB7B5F" w:rsidRDefault="00FB7B5F" w:rsidP="00FB7B5F">
            <w:r>
              <w:t>Friday</w:t>
            </w:r>
          </w:p>
        </w:tc>
        <w:tc>
          <w:tcPr>
            <w:tcW w:w="5098" w:type="dxa"/>
          </w:tcPr>
          <w:p w:rsidR="00FB7B5F" w:rsidRDefault="00FB7B5F" w:rsidP="00FB7B5F">
            <w:r>
              <w:t>Year 7</w:t>
            </w:r>
          </w:p>
        </w:tc>
      </w:tr>
    </w:tbl>
    <w:p w:rsidR="00FB7B5F" w:rsidRDefault="00FB7B5F" w:rsidP="00FB7B5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724"/>
        <w:gridCol w:w="1163"/>
        <w:gridCol w:w="1497"/>
        <w:gridCol w:w="1708"/>
        <w:gridCol w:w="1289"/>
        <w:gridCol w:w="1560"/>
      </w:tblGrid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Week Beginning</w:t>
            </w:r>
          </w:p>
        </w:tc>
        <w:tc>
          <w:tcPr>
            <w:tcW w:w="1724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Theme</w:t>
            </w:r>
          </w:p>
        </w:tc>
        <w:tc>
          <w:tcPr>
            <w:tcW w:w="1163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Lead</w:t>
            </w:r>
          </w:p>
        </w:tc>
        <w:tc>
          <w:tcPr>
            <w:tcW w:w="1497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PSHE Core Theme</w:t>
            </w:r>
          </w:p>
        </w:tc>
        <w:tc>
          <w:tcPr>
            <w:tcW w:w="1708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RSHE Link</w:t>
            </w:r>
          </w:p>
        </w:tc>
        <w:tc>
          <w:tcPr>
            <w:tcW w:w="1289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British Values</w:t>
            </w:r>
          </w:p>
        </w:tc>
        <w:tc>
          <w:tcPr>
            <w:tcW w:w="1560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ASPIRE Big Idea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05/09/26</w:t>
            </w:r>
          </w:p>
        </w:tc>
        <w:tc>
          <w:tcPr>
            <w:tcW w:w="1724" w:type="dxa"/>
          </w:tcPr>
          <w:p w:rsidR="00F57345" w:rsidRDefault="00026585">
            <w:r>
              <w:t>Welcome Back - Motivation</w:t>
            </w:r>
          </w:p>
        </w:tc>
        <w:tc>
          <w:tcPr>
            <w:tcW w:w="1163" w:type="dxa"/>
          </w:tcPr>
          <w:p w:rsidR="00F57345" w:rsidRDefault="00BD524A">
            <w:r>
              <w:t>LHU</w:t>
            </w:r>
          </w:p>
        </w:tc>
        <w:tc>
          <w:tcPr>
            <w:tcW w:w="1497" w:type="dxa"/>
          </w:tcPr>
          <w:p w:rsidR="00F57345" w:rsidRDefault="00026585">
            <w:r>
              <w:t>Health &amp; Wellbeing</w:t>
            </w:r>
          </w:p>
        </w:tc>
        <w:tc>
          <w:tcPr>
            <w:tcW w:w="1708" w:type="dxa"/>
          </w:tcPr>
          <w:p w:rsidR="00F57345" w:rsidRDefault="00026585">
            <w:r>
              <w:t>Aspirations &amp; resilience</w:t>
            </w:r>
          </w:p>
        </w:tc>
        <w:tc>
          <w:tcPr>
            <w:tcW w:w="1289" w:type="dxa"/>
          </w:tcPr>
          <w:p w:rsidR="00F57345" w:rsidRDefault="00026585">
            <w:r>
              <w:t>Individual Liberty</w:t>
            </w:r>
          </w:p>
        </w:tc>
        <w:tc>
          <w:tcPr>
            <w:tcW w:w="1560" w:type="dxa"/>
          </w:tcPr>
          <w:p w:rsidR="00F57345" w:rsidRDefault="00026585">
            <w:r>
              <w:t>Aspiration</w:t>
            </w:r>
          </w:p>
        </w:tc>
      </w:tr>
      <w:tr w:rsidR="00FF0AB8" w:rsidTr="00EA5C77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bookmarkStart w:id="0" w:name="_GoBack" w:colFirst="0" w:colLast="0"/>
            <w:r>
              <w:rPr>
                <w:b/>
              </w:rPr>
              <w:t>Planner Link</w:t>
            </w:r>
          </w:p>
          <w:p w:rsidR="00FF0AB8" w:rsidRDefault="00FF0AB8">
            <w:r>
              <w:t>Year 7-Coping with Change</w:t>
            </w:r>
          </w:p>
          <w:p w:rsidR="00FF0AB8" w:rsidRDefault="00FF0AB8">
            <w:r>
              <w:t>Year 8-Kindness</w:t>
            </w:r>
          </w:p>
          <w:p w:rsidR="00FF0AB8" w:rsidRDefault="00FF0AB8">
            <w:r>
              <w:t>Year 9-Who am I</w:t>
            </w:r>
          </w:p>
          <w:p w:rsidR="00FF0AB8" w:rsidRDefault="00FF0AB8">
            <w:r>
              <w:t>Year 10-Reflection on option choices</w:t>
            </w:r>
          </w:p>
          <w:p w:rsidR="00FF0AB8" w:rsidRDefault="00FF0AB8">
            <w:r>
              <w:t>Year 11-Wellbeing</w:t>
            </w:r>
          </w:p>
        </w:tc>
      </w:tr>
      <w:bookmarkEnd w:id="0"/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07/09/26</w:t>
            </w:r>
          </w:p>
        </w:tc>
        <w:tc>
          <w:tcPr>
            <w:tcW w:w="1724" w:type="dxa"/>
          </w:tcPr>
          <w:p w:rsidR="00F57345" w:rsidRDefault="00026585">
            <w:r>
              <w:t>Democracy</w:t>
            </w:r>
          </w:p>
          <w:p w:rsidR="00BD524A" w:rsidRDefault="00BD524A"/>
        </w:tc>
        <w:tc>
          <w:tcPr>
            <w:tcW w:w="1163" w:type="dxa"/>
          </w:tcPr>
          <w:p w:rsidR="00F57345" w:rsidRDefault="00026585">
            <w:r>
              <w:t>SFO</w:t>
            </w:r>
          </w:p>
        </w:tc>
        <w:tc>
          <w:tcPr>
            <w:tcW w:w="1497" w:type="dxa"/>
          </w:tcPr>
          <w:p w:rsidR="00F57345" w:rsidRDefault="00026585">
            <w:r>
              <w:t>Living in the Wider World</w:t>
            </w:r>
          </w:p>
        </w:tc>
        <w:tc>
          <w:tcPr>
            <w:tcW w:w="1708" w:type="dxa"/>
          </w:tcPr>
          <w:p w:rsidR="00F57345" w:rsidRDefault="00026585">
            <w:r>
              <w:t>Citizenship</w:t>
            </w:r>
          </w:p>
        </w:tc>
        <w:tc>
          <w:tcPr>
            <w:tcW w:w="1289" w:type="dxa"/>
          </w:tcPr>
          <w:p w:rsidR="00F57345" w:rsidRDefault="00026585">
            <w:r>
              <w:t>Democracy</w:t>
            </w:r>
          </w:p>
        </w:tc>
        <w:tc>
          <w:tcPr>
            <w:tcW w:w="1560" w:type="dxa"/>
          </w:tcPr>
          <w:p w:rsidR="00F57345" w:rsidRDefault="00026585">
            <w:r>
              <w:t>Leadership</w:t>
            </w:r>
          </w:p>
        </w:tc>
      </w:tr>
      <w:tr w:rsidR="00FF0AB8" w:rsidTr="00797359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7-First Impressions</w:t>
            </w:r>
          </w:p>
          <w:p w:rsidR="00FF0AB8" w:rsidRDefault="00FF0AB8">
            <w:r>
              <w:t>Year 8-Encouragement</w:t>
            </w:r>
          </w:p>
          <w:p w:rsidR="00FF0AB8" w:rsidRDefault="00FF0AB8">
            <w:r>
              <w:t xml:space="preserve">Year 9- </w:t>
            </w:r>
            <w:proofErr w:type="spellStart"/>
            <w:r>
              <w:t>Brekfast</w:t>
            </w:r>
            <w:proofErr w:type="spellEnd"/>
          </w:p>
          <w:p w:rsidR="00FF0AB8" w:rsidRDefault="00FF0AB8">
            <w:r>
              <w:t>Year 10-Work experience</w:t>
            </w:r>
          </w:p>
          <w:p w:rsidR="00FF0AB8" w:rsidRDefault="00FF0AB8">
            <w:r>
              <w:t>Year 11-Careers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lastRenderedPageBreak/>
              <w:t>14/09/26</w:t>
            </w:r>
          </w:p>
        </w:tc>
        <w:tc>
          <w:tcPr>
            <w:tcW w:w="1724" w:type="dxa"/>
          </w:tcPr>
          <w:p w:rsidR="00F57345" w:rsidRDefault="00026585">
            <w:r>
              <w:t>Mental Health</w:t>
            </w:r>
          </w:p>
          <w:p w:rsidR="008248A7" w:rsidRDefault="008248A7"/>
        </w:tc>
        <w:tc>
          <w:tcPr>
            <w:tcW w:w="1163" w:type="dxa"/>
          </w:tcPr>
          <w:p w:rsidR="00F57345" w:rsidRDefault="00026585">
            <w:r>
              <w:t>AMO</w:t>
            </w:r>
          </w:p>
        </w:tc>
        <w:tc>
          <w:tcPr>
            <w:tcW w:w="1497" w:type="dxa"/>
          </w:tcPr>
          <w:p w:rsidR="00F57345" w:rsidRDefault="00026585">
            <w:r>
              <w:t>Health &amp; Wellbeing</w:t>
            </w:r>
          </w:p>
        </w:tc>
        <w:tc>
          <w:tcPr>
            <w:tcW w:w="1708" w:type="dxa"/>
          </w:tcPr>
          <w:p w:rsidR="00F57345" w:rsidRDefault="00026585">
            <w:r>
              <w:t>Mental wellbeing</w:t>
            </w:r>
          </w:p>
        </w:tc>
        <w:tc>
          <w:tcPr>
            <w:tcW w:w="1289" w:type="dxa"/>
          </w:tcPr>
          <w:p w:rsidR="00F57345" w:rsidRDefault="00026585">
            <w:r>
              <w:t>Individual Liberty</w:t>
            </w:r>
          </w:p>
        </w:tc>
        <w:tc>
          <w:tcPr>
            <w:tcW w:w="1560" w:type="dxa"/>
          </w:tcPr>
          <w:p w:rsidR="00F57345" w:rsidRDefault="00026585">
            <w:r>
              <w:t>Resilience</w:t>
            </w:r>
          </w:p>
        </w:tc>
      </w:tr>
      <w:tr w:rsidR="00FF0AB8" w:rsidTr="005A0AD1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7-Active Listening</w:t>
            </w:r>
          </w:p>
          <w:p w:rsidR="00FF0AB8" w:rsidRDefault="00FF0AB8">
            <w:r>
              <w:t>Year 8-Resilience</w:t>
            </w:r>
          </w:p>
          <w:p w:rsidR="00FF0AB8" w:rsidRDefault="00FF0AB8">
            <w:r>
              <w:t xml:space="preserve">Year 9- </w:t>
            </w:r>
            <w:proofErr w:type="spellStart"/>
            <w:r>
              <w:t>Suger</w:t>
            </w:r>
            <w:proofErr w:type="spellEnd"/>
            <w:r>
              <w:t xml:space="preserve"> and calories</w:t>
            </w:r>
          </w:p>
          <w:p w:rsidR="00FF0AB8" w:rsidRDefault="00FF0AB8">
            <w:r>
              <w:t>Year 10- Work Experience</w:t>
            </w:r>
          </w:p>
          <w:p w:rsidR="00FF0AB8" w:rsidRDefault="00FF0AB8">
            <w:r>
              <w:t>Year 11-Careers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21/09/26</w:t>
            </w:r>
          </w:p>
        </w:tc>
        <w:tc>
          <w:tcPr>
            <w:tcW w:w="1724" w:type="dxa"/>
          </w:tcPr>
          <w:p w:rsidR="00F57345" w:rsidRDefault="00026585">
            <w:r>
              <w:t>Atonement</w:t>
            </w:r>
          </w:p>
        </w:tc>
        <w:tc>
          <w:tcPr>
            <w:tcW w:w="1163" w:type="dxa"/>
          </w:tcPr>
          <w:p w:rsidR="00F57345" w:rsidRDefault="00026585">
            <w:r>
              <w:t>HOY</w:t>
            </w:r>
          </w:p>
        </w:tc>
        <w:tc>
          <w:tcPr>
            <w:tcW w:w="1497" w:type="dxa"/>
          </w:tcPr>
          <w:p w:rsidR="00F57345" w:rsidRDefault="00026585">
            <w:r>
              <w:t>Relationships</w:t>
            </w:r>
          </w:p>
        </w:tc>
        <w:tc>
          <w:tcPr>
            <w:tcW w:w="1708" w:type="dxa"/>
          </w:tcPr>
          <w:p w:rsidR="00F57345" w:rsidRDefault="00026585">
            <w:r>
              <w:t>Respectful relationships</w:t>
            </w:r>
          </w:p>
        </w:tc>
        <w:tc>
          <w:tcPr>
            <w:tcW w:w="1289" w:type="dxa"/>
          </w:tcPr>
          <w:p w:rsidR="00F57345" w:rsidRDefault="00026585">
            <w:r>
              <w:t>Mutual Respect</w:t>
            </w:r>
          </w:p>
        </w:tc>
        <w:tc>
          <w:tcPr>
            <w:tcW w:w="1560" w:type="dxa"/>
          </w:tcPr>
          <w:p w:rsidR="00F57345" w:rsidRDefault="00026585">
            <w:r>
              <w:t>Integrity</w:t>
            </w:r>
          </w:p>
        </w:tc>
      </w:tr>
      <w:tr w:rsidR="00FF0AB8" w:rsidTr="00340EC3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7-Resilience</w:t>
            </w:r>
          </w:p>
          <w:p w:rsidR="00FF0AB8" w:rsidRDefault="00FF0AB8">
            <w:r>
              <w:t>Year 8-Careers Skills</w:t>
            </w:r>
          </w:p>
          <w:p w:rsidR="00FF0AB8" w:rsidRDefault="00FF0AB8">
            <w:r>
              <w:t>Year 9- Worrying about others</w:t>
            </w:r>
          </w:p>
          <w:p w:rsidR="00FF0AB8" w:rsidRDefault="00FF0AB8">
            <w:r>
              <w:t xml:space="preserve">Year 10- </w:t>
            </w:r>
            <w:proofErr w:type="spellStart"/>
            <w:r>
              <w:t>Carerers</w:t>
            </w:r>
            <w:proofErr w:type="spellEnd"/>
          </w:p>
          <w:p w:rsidR="00FF0AB8" w:rsidRDefault="00FF0AB8">
            <w:r>
              <w:t>Year 11- Careers and apprenticeships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28/09/26</w:t>
            </w:r>
          </w:p>
        </w:tc>
        <w:tc>
          <w:tcPr>
            <w:tcW w:w="1724" w:type="dxa"/>
          </w:tcPr>
          <w:p w:rsidR="00F57345" w:rsidRDefault="00026585">
            <w:r>
              <w:t>Journalism</w:t>
            </w:r>
          </w:p>
        </w:tc>
        <w:tc>
          <w:tcPr>
            <w:tcW w:w="1163" w:type="dxa"/>
          </w:tcPr>
          <w:p w:rsidR="00F57345" w:rsidRDefault="00026585">
            <w:r>
              <w:t>HOY</w:t>
            </w:r>
          </w:p>
        </w:tc>
        <w:tc>
          <w:tcPr>
            <w:tcW w:w="1497" w:type="dxa"/>
          </w:tcPr>
          <w:p w:rsidR="00F57345" w:rsidRDefault="00026585">
            <w:r>
              <w:t>Living in the Wider World</w:t>
            </w:r>
          </w:p>
        </w:tc>
        <w:tc>
          <w:tcPr>
            <w:tcW w:w="1708" w:type="dxa"/>
          </w:tcPr>
          <w:p w:rsidR="00F57345" w:rsidRDefault="00026585">
            <w:r>
              <w:t>Media literacy</w:t>
            </w:r>
          </w:p>
        </w:tc>
        <w:tc>
          <w:tcPr>
            <w:tcW w:w="1289" w:type="dxa"/>
          </w:tcPr>
          <w:p w:rsidR="00F57345" w:rsidRDefault="00026585">
            <w:r>
              <w:t>Democracy</w:t>
            </w:r>
          </w:p>
        </w:tc>
        <w:tc>
          <w:tcPr>
            <w:tcW w:w="1560" w:type="dxa"/>
          </w:tcPr>
          <w:p w:rsidR="00F57345" w:rsidRDefault="00026585">
            <w:r>
              <w:t>Curiosity</w:t>
            </w:r>
          </w:p>
        </w:tc>
      </w:tr>
      <w:tr w:rsidR="00FF0AB8" w:rsidTr="00B020EE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7-Who am I?</w:t>
            </w:r>
          </w:p>
          <w:p w:rsidR="00FF0AB8" w:rsidRDefault="00FF0AB8">
            <w:r>
              <w:t>Year 8-Mindsets</w:t>
            </w:r>
          </w:p>
          <w:p w:rsidR="00FF0AB8" w:rsidRDefault="00FF0AB8">
            <w:r>
              <w:t>Year 9- Resilience</w:t>
            </w:r>
          </w:p>
          <w:p w:rsidR="00FF0AB8" w:rsidRDefault="00FF0AB8">
            <w:r>
              <w:t>Year 10- Low self esteem</w:t>
            </w:r>
          </w:p>
          <w:p w:rsidR="00FF0AB8" w:rsidRDefault="00FF0AB8">
            <w:r>
              <w:t>Year 11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05/10/26</w:t>
            </w:r>
          </w:p>
        </w:tc>
        <w:tc>
          <w:tcPr>
            <w:tcW w:w="1724" w:type="dxa"/>
          </w:tcPr>
          <w:p w:rsidR="00F57345" w:rsidRDefault="00026585">
            <w:r>
              <w:t>Black Heroes</w:t>
            </w:r>
          </w:p>
        </w:tc>
        <w:tc>
          <w:tcPr>
            <w:tcW w:w="1163" w:type="dxa"/>
          </w:tcPr>
          <w:p w:rsidR="00F57345" w:rsidRDefault="00026585">
            <w:r>
              <w:t>JMA</w:t>
            </w:r>
          </w:p>
        </w:tc>
        <w:tc>
          <w:tcPr>
            <w:tcW w:w="1497" w:type="dxa"/>
          </w:tcPr>
          <w:p w:rsidR="00F57345" w:rsidRDefault="00026585">
            <w:r>
              <w:t>Relationships</w:t>
            </w:r>
          </w:p>
        </w:tc>
        <w:tc>
          <w:tcPr>
            <w:tcW w:w="1708" w:type="dxa"/>
          </w:tcPr>
          <w:p w:rsidR="00F57345" w:rsidRDefault="00026585">
            <w:r>
              <w:t>Equality &amp; diversity</w:t>
            </w:r>
          </w:p>
        </w:tc>
        <w:tc>
          <w:tcPr>
            <w:tcW w:w="1289" w:type="dxa"/>
          </w:tcPr>
          <w:p w:rsidR="00F57345" w:rsidRDefault="00026585">
            <w:r>
              <w:t>Tolerance</w:t>
            </w:r>
          </w:p>
        </w:tc>
        <w:tc>
          <w:tcPr>
            <w:tcW w:w="1560" w:type="dxa"/>
          </w:tcPr>
          <w:p w:rsidR="00F57345" w:rsidRDefault="00026585">
            <w:r>
              <w:t>Respect</w:t>
            </w:r>
          </w:p>
        </w:tc>
      </w:tr>
      <w:tr w:rsidR="00FF0AB8" w:rsidTr="00BF7B7D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7-Breakfast</w:t>
            </w:r>
          </w:p>
          <w:p w:rsidR="00FF0AB8" w:rsidRDefault="00FF0AB8">
            <w:r>
              <w:t>Year 8-Peer Pressure</w:t>
            </w:r>
          </w:p>
          <w:p w:rsidR="00FF0AB8" w:rsidRDefault="00FF0AB8">
            <w:r>
              <w:t>Year 9- Careers</w:t>
            </w:r>
          </w:p>
          <w:p w:rsidR="00FF0AB8" w:rsidRDefault="00FF0AB8">
            <w:r>
              <w:t>Year 10- Being different</w:t>
            </w:r>
          </w:p>
          <w:p w:rsidR="00FF0AB8" w:rsidRDefault="00FF0AB8">
            <w:r>
              <w:t>Year 11- Careers and apprenticeships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12/10/26</w:t>
            </w:r>
          </w:p>
        </w:tc>
        <w:tc>
          <w:tcPr>
            <w:tcW w:w="1724" w:type="dxa"/>
          </w:tcPr>
          <w:p w:rsidR="00F57345" w:rsidRDefault="00026585">
            <w:r>
              <w:t>Poverty</w:t>
            </w:r>
          </w:p>
        </w:tc>
        <w:tc>
          <w:tcPr>
            <w:tcW w:w="1163" w:type="dxa"/>
          </w:tcPr>
          <w:p w:rsidR="00F57345" w:rsidRDefault="00026585">
            <w:r>
              <w:t>HOY</w:t>
            </w:r>
          </w:p>
        </w:tc>
        <w:tc>
          <w:tcPr>
            <w:tcW w:w="1497" w:type="dxa"/>
          </w:tcPr>
          <w:p w:rsidR="00F57345" w:rsidRDefault="00026585">
            <w:r>
              <w:t>Living in the Wider World</w:t>
            </w:r>
          </w:p>
        </w:tc>
        <w:tc>
          <w:tcPr>
            <w:tcW w:w="1708" w:type="dxa"/>
          </w:tcPr>
          <w:p w:rsidR="00F57345" w:rsidRDefault="00026585">
            <w:r>
              <w:t>Economic wellbeing</w:t>
            </w:r>
          </w:p>
        </w:tc>
        <w:tc>
          <w:tcPr>
            <w:tcW w:w="1289" w:type="dxa"/>
          </w:tcPr>
          <w:p w:rsidR="00F57345" w:rsidRDefault="00026585">
            <w:r>
              <w:t>Mutual Respect</w:t>
            </w:r>
          </w:p>
        </w:tc>
        <w:tc>
          <w:tcPr>
            <w:tcW w:w="1560" w:type="dxa"/>
          </w:tcPr>
          <w:p w:rsidR="00F57345" w:rsidRDefault="00026585">
            <w:r>
              <w:t>Empathy</w:t>
            </w:r>
          </w:p>
        </w:tc>
      </w:tr>
      <w:tr w:rsidR="00FF0AB8" w:rsidTr="00D407A5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7-Exercise</w:t>
            </w:r>
          </w:p>
          <w:p w:rsidR="00FF0AB8" w:rsidRDefault="00FF0AB8">
            <w:r>
              <w:t>Year 8- Who am I?</w:t>
            </w:r>
          </w:p>
          <w:p w:rsidR="00FF0AB8" w:rsidRDefault="00FF0AB8">
            <w:r>
              <w:t>Year 9- Sleep</w:t>
            </w:r>
          </w:p>
          <w:p w:rsidR="00FF0AB8" w:rsidRDefault="00FF0AB8">
            <w:r>
              <w:t>Year 10- Friendship choices</w:t>
            </w:r>
          </w:p>
          <w:p w:rsidR="00FF0AB8" w:rsidRDefault="00FF0AB8">
            <w:r>
              <w:t>Year 11- Careers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19/10/26</w:t>
            </w:r>
          </w:p>
        </w:tc>
        <w:tc>
          <w:tcPr>
            <w:tcW w:w="1724" w:type="dxa"/>
          </w:tcPr>
          <w:p w:rsidR="00F57345" w:rsidRDefault="00026585">
            <w:r>
              <w:t>Managing Money/Careers</w:t>
            </w:r>
          </w:p>
        </w:tc>
        <w:tc>
          <w:tcPr>
            <w:tcW w:w="1163" w:type="dxa"/>
          </w:tcPr>
          <w:p w:rsidR="00F57345" w:rsidRDefault="00026585">
            <w:r>
              <w:t>JSM</w:t>
            </w:r>
          </w:p>
        </w:tc>
        <w:tc>
          <w:tcPr>
            <w:tcW w:w="1497" w:type="dxa"/>
          </w:tcPr>
          <w:p w:rsidR="00F57345" w:rsidRDefault="00026585">
            <w:r>
              <w:t>Living in the Wider World</w:t>
            </w:r>
          </w:p>
        </w:tc>
        <w:tc>
          <w:tcPr>
            <w:tcW w:w="1708" w:type="dxa"/>
          </w:tcPr>
          <w:p w:rsidR="00F57345" w:rsidRDefault="00026585">
            <w:r>
              <w:t>Careers &amp; finance</w:t>
            </w:r>
          </w:p>
        </w:tc>
        <w:tc>
          <w:tcPr>
            <w:tcW w:w="1289" w:type="dxa"/>
          </w:tcPr>
          <w:p w:rsidR="00F57345" w:rsidRDefault="00026585">
            <w:r>
              <w:t>Individual Liberty</w:t>
            </w:r>
          </w:p>
        </w:tc>
        <w:tc>
          <w:tcPr>
            <w:tcW w:w="1560" w:type="dxa"/>
          </w:tcPr>
          <w:p w:rsidR="00F57345" w:rsidRDefault="00026585">
            <w:r>
              <w:t>Aspiration</w:t>
            </w:r>
          </w:p>
        </w:tc>
      </w:tr>
      <w:tr w:rsidR="00FF0AB8" w:rsidTr="007029FF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7-Careers and communication</w:t>
            </w:r>
          </w:p>
          <w:p w:rsidR="00FF0AB8" w:rsidRDefault="00FF0AB8">
            <w:r>
              <w:t>Year 8-Role Models</w:t>
            </w:r>
          </w:p>
          <w:p w:rsidR="00FF0AB8" w:rsidRDefault="00FF0AB8">
            <w:r>
              <w:t>Year 9- Blended families</w:t>
            </w:r>
          </w:p>
          <w:p w:rsidR="00FF0AB8" w:rsidRDefault="00FF0AB8">
            <w:r>
              <w:t>Year 10- Careers</w:t>
            </w:r>
          </w:p>
          <w:p w:rsidR="00FF0AB8" w:rsidRDefault="00FF0AB8">
            <w:r>
              <w:t xml:space="preserve">Year 11- Coping with </w:t>
            </w:r>
            <w:proofErr w:type="spellStart"/>
            <w:r>
              <w:t>critism</w:t>
            </w:r>
            <w:proofErr w:type="spellEnd"/>
            <w:r>
              <w:t xml:space="preserve"> and rejection</w:t>
            </w:r>
          </w:p>
        </w:tc>
      </w:tr>
      <w:tr w:rsidR="000F07B3" w:rsidTr="004B7271">
        <w:tc>
          <w:tcPr>
            <w:tcW w:w="10196" w:type="dxa"/>
            <w:gridSpan w:val="7"/>
          </w:tcPr>
          <w:p w:rsidR="000F07B3" w:rsidRPr="004B7271" w:rsidRDefault="000F07B3">
            <w:pPr>
              <w:rPr>
                <w:b/>
              </w:rPr>
            </w:pPr>
            <w:r w:rsidRPr="004B7271">
              <w:rPr>
                <w:b/>
              </w:rPr>
              <w:t>Half Term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02/11/26</w:t>
            </w:r>
          </w:p>
        </w:tc>
        <w:tc>
          <w:tcPr>
            <w:tcW w:w="1724" w:type="dxa"/>
          </w:tcPr>
          <w:p w:rsidR="00F57345" w:rsidRDefault="00026585">
            <w:r>
              <w:t>Good</w:t>
            </w:r>
          </w:p>
        </w:tc>
        <w:tc>
          <w:tcPr>
            <w:tcW w:w="1163" w:type="dxa"/>
          </w:tcPr>
          <w:p w:rsidR="00F57345" w:rsidRDefault="00BD524A">
            <w:r>
              <w:t>LHU</w:t>
            </w:r>
          </w:p>
        </w:tc>
        <w:tc>
          <w:tcPr>
            <w:tcW w:w="1497" w:type="dxa"/>
          </w:tcPr>
          <w:p w:rsidR="00F57345" w:rsidRDefault="00026585">
            <w:r>
              <w:t>Relationships</w:t>
            </w:r>
          </w:p>
        </w:tc>
        <w:tc>
          <w:tcPr>
            <w:tcW w:w="1708" w:type="dxa"/>
          </w:tcPr>
          <w:p w:rsidR="00F57345" w:rsidRDefault="00026585">
            <w:r>
              <w:t>Character education</w:t>
            </w:r>
          </w:p>
        </w:tc>
        <w:tc>
          <w:tcPr>
            <w:tcW w:w="1289" w:type="dxa"/>
          </w:tcPr>
          <w:p w:rsidR="00F57345" w:rsidRDefault="00026585">
            <w:r>
              <w:t>Mutual Respect</w:t>
            </w:r>
          </w:p>
        </w:tc>
        <w:tc>
          <w:tcPr>
            <w:tcW w:w="1560" w:type="dxa"/>
          </w:tcPr>
          <w:p w:rsidR="00F57345" w:rsidRDefault="00026585">
            <w:r>
              <w:t>Integrity</w:t>
            </w:r>
          </w:p>
        </w:tc>
      </w:tr>
      <w:tr w:rsidR="00FF0AB8" w:rsidTr="009B3247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7-Stress management</w:t>
            </w:r>
          </w:p>
          <w:p w:rsidR="00FF0AB8" w:rsidRDefault="00FF0AB8">
            <w:r>
              <w:t>Year 8-CV writing</w:t>
            </w:r>
          </w:p>
          <w:p w:rsidR="00FF0AB8" w:rsidRDefault="00FF0AB8">
            <w:r>
              <w:t>Year 9- Careers</w:t>
            </w:r>
          </w:p>
          <w:p w:rsidR="00FF0AB8" w:rsidRDefault="00FF0AB8">
            <w:r>
              <w:t>Year 10- Criminal records</w:t>
            </w:r>
          </w:p>
          <w:p w:rsidR="00FF0AB8" w:rsidRDefault="00FF0AB8">
            <w:r>
              <w:t>Year 11- Dealing with Stress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lastRenderedPageBreak/>
              <w:t>09/11/26</w:t>
            </w:r>
          </w:p>
        </w:tc>
        <w:tc>
          <w:tcPr>
            <w:tcW w:w="1724" w:type="dxa"/>
          </w:tcPr>
          <w:p w:rsidR="00F57345" w:rsidRDefault="00026585">
            <w:r>
              <w:t>War</w:t>
            </w:r>
          </w:p>
        </w:tc>
        <w:tc>
          <w:tcPr>
            <w:tcW w:w="1163" w:type="dxa"/>
          </w:tcPr>
          <w:p w:rsidR="00F57345" w:rsidRDefault="00026585">
            <w:r>
              <w:t>SSM</w:t>
            </w:r>
          </w:p>
        </w:tc>
        <w:tc>
          <w:tcPr>
            <w:tcW w:w="1497" w:type="dxa"/>
          </w:tcPr>
          <w:p w:rsidR="00F57345" w:rsidRDefault="00026585">
            <w:r>
              <w:t>Living in the Wider World</w:t>
            </w:r>
          </w:p>
        </w:tc>
        <w:tc>
          <w:tcPr>
            <w:tcW w:w="1708" w:type="dxa"/>
          </w:tcPr>
          <w:p w:rsidR="00F57345" w:rsidRDefault="00026585">
            <w:r>
              <w:t>Citizenship</w:t>
            </w:r>
          </w:p>
        </w:tc>
        <w:tc>
          <w:tcPr>
            <w:tcW w:w="1289" w:type="dxa"/>
          </w:tcPr>
          <w:p w:rsidR="00F57345" w:rsidRDefault="00026585">
            <w:r>
              <w:t>Rule of Law</w:t>
            </w:r>
          </w:p>
        </w:tc>
        <w:tc>
          <w:tcPr>
            <w:tcW w:w="1560" w:type="dxa"/>
          </w:tcPr>
          <w:p w:rsidR="00F57345" w:rsidRDefault="00026585">
            <w:r>
              <w:t>Respect</w:t>
            </w:r>
          </w:p>
        </w:tc>
      </w:tr>
      <w:tr w:rsidR="00FF0AB8" w:rsidTr="00605560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7-Your dream Job</w:t>
            </w:r>
          </w:p>
          <w:p w:rsidR="00FF0AB8" w:rsidRDefault="00FF0AB8">
            <w:r>
              <w:t>Year 8-Eat Well guide</w:t>
            </w:r>
          </w:p>
          <w:p w:rsidR="00FF0AB8" w:rsidRDefault="00FF0AB8">
            <w:r>
              <w:t>Year 9 – Peer pressure</w:t>
            </w:r>
          </w:p>
          <w:p w:rsidR="00FF0AB8" w:rsidRDefault="00FF0AB8">
            <w:r>
              <w:t>Year 10- Peer pressure</w:t>
            </w:r>
          </w:p>
          <w:p w:rsidR="00FF0AB8" w:rsidRDefault="00FF0AB8">
            <w:r>
              <w:t>Year 11- Exam anxiety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16/11/26</w:t>
            </w:r>
          </w:p>
        </w:tc>
        <w:tc>
          <w:tcPr>
            <w:tcW w:w="1724" w:type="dxa"/>
          </w:tcPr>
          <w:p w:rsidR="00F57345" w:rsidRDefault="00026585">
            <w:r>
              <w:t>Masculinity</w:t>
            </w:r>
          </w:p>
        </w:tc>
        <w:tc>
          <w:tcPr>
            <w:tcW w:w="1163" w:type="dxa"/>
          </w:tcPr>
          <w:p w:rsidR="00F57345" w:rsidRDefault="00026585">
            <w:r>
              <w:t>HOY</w:t>
            </w:r>
          </w:p>
        </w:tc>
        <w:tc>
          <w:tcPr>
            <w:tcW w:w="1497" w:type="dxa"/>
          </w:tcPr>
          <w:p w:rsidR="00F57345" w:rsidRDefault="00026585">
            <w:r>
              <w:t>Relationships</w:t>
            </w:r>
          </w:p>
        </w:tc>
        <w:tc>
          <w:tcPr>
            <w:tcW w:w="1708" w:type="dxa"/>
          </w:tcPr>
          <w:p w:rsidR="00F57345" w:rsidRDefault="00026585">
            <w:r>
              <w:t>Identity &amp; stereotypes</w:t>
            </w:r>
          </w:p>
        </w:tc>
        <w:tc>
          <w:tcPr>
            <w:tcW w:w="1289" w:type="dxa"/>
          </w:tcPr>
          <w:p w:rsidR="00F57345" w:rsidRDefault="00026585">
            <w:r>
              <w:t>Mutual Respect</w:t>
            </w:r>
          </w:p>
        </w:tc>
        <w:tc>
          <w:tcPr>
            <w:tcW w:w="1560" w:type="dxa"/>
          </w:tcPr>
          <w:p w:rsidR="00F57345" w:rsidRDefault="00026585">
            <w:r>
              <w:t>Respect</w:t>
            </w:r>
          </w:p>
        </w:tc>
      </w:tr>
      <w:tr w:rsidR="00FF0AB8" w:rsidTr="00543177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7-Basic First Aid</w:t>
            </w:r>
          </w:p>
          <w:p w:rsidR="00FF0AB8" w:rsidRDefault="00FF0AB8">
            <w:r>
              <w:t>Year 8-Exercise</w:t>
            </w:r>
          </w:p>
          <w:p w:rsidR="00FF0AB8" w:rsidRDefault="00FF0AB8">
            <w:r>
              <w:t>Year 9- Understanding alcohol</w:t>
            </w:r>
          </w:p>
          <w:p w:rsidR="00FF0AB8" w:rsidRDefault="00FF0AB8">
            <w:r>
              <w:t>Year 10- Sleep</w:t>
            </w:r>
          </w:p>
          <w:p w:rsidR="00FF0AB8" w:rsidRDefault="00FF0AB8">
            <w:r>
              <w:t>Year 11- Revision timetables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23/11/26</w:t>
            </w:r>
          </w:p>
        </w:tc>
        <w:tc>
          <w:tcPr>
            <w:tcW w:w="1724" w:type="dxa"/>
          </w:tcPr>
          <w:p w:rsidR="00F57345" w:rsidRDefault="00026585">
            <w:r>
              <w:t>Consent</w:t>
            </w:r>
          </w:p>
        </w:tc>
        <w:tc>
          <w:tcPr>
            <w:tcW w:w="1163" w:type="dxa"/>
          </w:tcPr>
          <w:p w:rsidR="00F57345" w:rsidRDefault="00026585">
            <w:r>
              <w:t>KWA</w:t>
            </w:r>
          </w:p>
        </w:tc>
        <w:tc>
          <w:tcPr>
            <w:tcW w:w="1497" w:type="dxa"/>
          </w:tcPr>
          <w:p w:rsidR="00F57345" w:rsidRDefault="00026585">
            <w:r>
              <w:t>Relationships</w:t>
            </w:r>
          </w:p>
        </w:tc>
        <w:tc>
          <w:tcPr>
            <w:tcW w:w="1708" w:type="dxa"/>
          </w:tcPr>
          <w:p w:rsidR="00F57345" w:rsidRDefault="00026585">
            <w:r>
              <w:t>Healthy relationships</w:t>
            </w:r>
          </w:p>
        </w:tc>
        <w:tc>
          <w:tcPr>
            <w:tcW w:w="1289" w:type="dxa"/>
          </w:tcPr>
          <w:p w:rsidR="00F57345" w:rsidRDefault="00026585">
            <w:r>
              <w:t>Mutual Respect</w:t>
            </w:r>
          </w:p>
        </w:tc>
        <w:tc>
          <w:tcPr>
            <w:tcW w:w="1560" w:type="dxa"/>
          </w:tcPr>
          <w:p w:rsidR="00F57345" w:rsidRDefault="00026585">
            <w:r>
              <w:t>Responsibility</w:t>
            </w:r>
          </w:p>
        </w:tc>
      </w:tr>
      <w:tr w:rsidR="00FF0AB8" w:rsidTr="007473C4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7-Strangers</w:t>
            </w:r>
          </w:p>
          <w:p w:rsidR="00FF0AB8" w:rsidRDefault="00FF0AB8">
            <w:r>
              <w:t>Year 8- Knowing myself</w:t>
            </w:r>
          </w:p>
          <w:p w:rsidR="00FF0AB8" w:rsidRDefault="00FF0AB8">
            <w:r>
              <w:t>Year 9-Parental drinking</w:t>
            </w:r>
          </w:p>
          <w:p w:rsidR="00FF0AB8" w:rsidRDefault="00FF0AB8">
            <w:r>
              <w:t>Year 10- Healthy lifestyle</w:t>
            </w:r>
          </w:p>
          <w:p w:rsidR="00FF0AB8" w:rsidRDefault="00FF0AB8">
            <w:r>
              <w:t>Year 11- Why sleep is important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30/11/26</w:t>
            </w:r>
          </w:p>
        </w:tc>
        <w:tc>
          <w:tcPr>
            <w:tcW w:w="1724" w:type="dxa"/>
          </w:tcPr>
          <w:p w:rsidR="00F57345" w:rsidRDefault="00026585">
            <w:r>
              <w:t>Slavery</w:t>
            </w:r>
          </w:p>
        </w:tc>
        <w:tc>
          <w:tcPr>
            <w:tcW w:w="1163" w:type="dxa"/>
          </w:tcPr>
          <w:p w:rsidR="00F57345" w:rsidRDefault="00026585">
            <w:r>
              <w:t>HOY</w:t>
            </w:r>
          </w:p>
        </w:tc>
        <w:tc>
          <w:tcPr>
            <w:tcW w:w="1497" w:type="dxa"/>
          </w:tcPr>
          <w:p w:rsidR="00F57345" w:rsidRDefault="00026585">
            <w:r>
              <w:t>Living in the Wider World</w:t>
            </w:r>
          </w:p>
        </w:tc>
        <w:tc>
          <w:tcPr>
            <w:tcW w:w="1708" w:type="dxa"/>
          </w:tcPr>
          <w:p w:rsidR="00F57345" w:rsidRDefault="00026585">
            <w:r>
              <w:t>Human rights</w:t>
            </w:r>
          </w:p>
        </w:tc>
        <w:tc>
          <w:tcPr>
            <w:tcW w:w="1289" w:type="dxa"/>
          </w:tcPr>
          <w:p w:rsidR="00F57345" w:rsidRDefault="00026585">
            <w:r>
              <w:t>Rule of Law</w:t>
            </w:r>
          </w:p>
        </w:tc>
        <w:tc>
          <w:tcPr>
            <w:tcW w:w="1560" w:type="dxa"/>
          </w:tcPr>
          <w:p w:rsidR="00F57345" w:rsidRDefault="00026585">
            <w:r>
              <w:t>Justice</w:t>
            </w:r>
          </w:p>
        </w:tc>
      </w:tr>
      <w:tr w:rsidR="00FF0AB8" w:rsidTr="002A6AE2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7-Safety</w:t>
            </w:r>
          </w:p>
          <w:p w:rsidR="00FF0AB8" w:rsidRDefault="00FF0AB8">
            <w:r>
              <w:t>Year 8-Health and Hygiene</w:t>
            </w:r>
          </w:p>
          <w:p w:rsidR="00FF0AB8" w:rsidRDefault="00FF0AB8">
            <w:r>
              <w:t>Year 9- Addiction</w:t>
            </w:r>
          </w:p>
          <w:p w:rsidR="00FF0AB8" w:rsidRDefault="00FF0AB8">
            <w:r>
              <w:t xml:space="preserve">Year 10- </w:t>
            </w:r>
            <w:proofErr w:type="spellStart"/>
            <w:r>
              <w:t>Phyiscal</w:t>
            </w:r>
            <w:proofErr w:type="spellEnd"/>
            <w:r>
              <w:t xml:space="preserve"> </w:t>
            </w:r>
            <w:proofErr w:type="spellStart"/>
            <w:r>
              <w:t>excercise</w:t>
            </w:r>
            <w:proofErr w:type="spellEnd"/>
          </w:p>
          <w:p w:rsidR="00FF0AB8" w:rsidRDefault="00FF0AB8">
            <w:r>
              <w:t>Year 11- Breakfast and its importance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07/12/26</w:t>
            </w:r>
          </w:p>
        </w:tc>
        <w:tc>
          <w:tcPr>
            <w:tcW w:w="1724" w:type="dxa"/>
          </w:tcPr>
          <w:p w:rsidR="00F57345" w:rsidRDefault="00026585">
            <w:r>
              <w:t>Human Rights</w:t>
            </w:r>
          </w:p>
        </w:tc>
        <w:tc>
          <w:tcPr>
            <w:tcW w:w="1163" w:type="dxa"/>
          </w:tcPr>
          <w:p w:rsidR="00F57345" w:rsidRDefault="00026585">
            <w:r>
              <w:t>HOY</w:t>
            </w:r>
          </w:p>
        </w:tc>
        <w:tc>
          <w:tcPr>
            <w:tcW w:w="1497" w:type="dxa"/>
          </w:tcPr>
          <w:p w:rsidR="00F57345" w:rsidRDefault="00026585">
            <w:r>
              <w:t>Living in the Wider World</w:t>
            </w:r>
          </w:p>
        </w:tc>
        <w:tc>
          <w:tcPr>
            <w:tcW w:w="1708" w:type="dxa"/>
          </w:tcPr>
          <w:p w:rsidR="00F57345" w:rsidRDefault="00026585">
            <w:r>
              <w:t>Rights &amp; responsibilities</w:t>
            </w:r>
          </w:p>
        </w:tc>
        <w:tc>
          <w:tcPr>
            <w:tcW w:w="1289" w:type="dxa"/>
          </w:tcPr>
          <w:p w:rsidR="00F57345" w:rsidRDefault="00026585">
            <w:r>
              <w:t>Democracy</w:t>
            </w:r>
          </w:p>
        </w:tc>
        <w:tc>
          <w:tcPr>
            <w:tcW w:w="1560" w:type="dxa"/>
          </w:tcPr>
          <w:p w:rsidR="00F57345" w:rsidRDefault="00026585">
            <w:r>
              <w:t>Respect</w:t>
            </w:r>
          </w:p>
        </w:tc>
      </w:tr>
      <w:tr w:rsidR="00FF0AB8" w:rsidTr="00C20F22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7-Fire Safety</w:t>
            </w:r>
          </w:p>
          <w:p w:rsidR="00FF0AB8" w:rsidRDefault="00FF0AB8">
            <w:r>
              <w:t>Year 8-Dental Care</w:t>
            </w:r>
          </w:p>
          <w:p w:rsidR="00FF0AB8" w:rsidRDefault="00FF0AB8">
            <w:r>
              <w:t>Year 9- Vaping</w:t>
            </w:r>
          </w:p>
          <w:p w:rsidR="00FF0AB8" w:rsidRDefault="00FF0AB8">
            <w:r>
              <w:t>Year 10- Vaping</w:t>
            </w:r>
          </w:p>
          <w:p w:rsidR="00FF0AB8" w:rsidRDefault="00FF0AB8">
            <w:r>
              <w:t>Year 11- How can I contribute positively to family life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14/12/26</w:t>
            </w:r>
          </w:p>
        </w:tc>
        <w:tc>
          <w:tcPr>
            <w:tcW w:w="1724" w:type="dxa"/>
          </w:tcPr>
          <w:p w:rsidR="00F57345" w:rsidRDefault="00026585">
            <w:r>
              <w:t>Migration</w:t>
            </w:r>
          </w:p>
        </w:tc>
        <w:tc>
          <w:tcPr>
            <w:tcW w:w="1163" w:type="dxa"/>
          </w:tcPr>
          <w:p w:rsidR="00F57345" w:rsidRDefault="00026585">
            <w:r>
              <w:t>SFO</w:t>
            </w:r>
          </w:p>
        </w:tc>
        <w:tc>
          <w:tcPr>
            <w:tcW w:w="1497" w:type="dxa"/>
          </w:tcPr>
          <w:p w:rsidR="00F57345" w:rsidRDefault="00026585">
            <w:r>
              <w:t>Living in the Wider World</w:t>
            </w:r>
          </w:p>
        </w:tc>
        <w:tc>
          <w:tcPr>
            <w:tcW w:w="1708" w:type="dxa"/>
          </w:tcPr>
          <w:p w:rsidR="00F57345" w:rsidRDefault="00026585">
            <w:r>
              <w:t>Diversity</w:t>
            </w:r>
          </w:p>
        </w:tc>
        <w:tc>
          <w:tcPr>
            <w:tcW w:w="1289" w:type="dxa"/>
          </w:tcPr>
          <w:p w:rsidR="00F57345" w:rsidRDefault="00026585">
            <w:r>
              <w:t>Tolerance</w:t>
            </w:r>
          </w:p>
        </w:tc>
        <w:tc>
          <w:tcPr>
            <w:tcW w:w="1560" w:type="dxa"/>
          </w:tcPr>
          <w:p w:rsidR="00F57345" w:rsidRDefault="00026585">
            <w:r>
              <w:t>Belonging</w:t>
            </w:r>
          </w:p>
        </w:tc>
      </w:tr>
      <w:tr w:rsidR="00FF0AB8" w:rsidTr="00D839CD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7-Water Safety</w:t>
            </w:r>
          </w:p>
          <w:p w:rsidR="00FF0AB8" w:rsidRDefault="00FF0AB8">
            <w:r>
              <w:t>Year 8-Sleep</w:t>
            </w:r>
          </w:p>
          <w:p w:rsidR="00FF0AB8" w:rsidRDefault="00FF0AB8">
            <w:r>
              <w:t xml:space="preserve">Year 9- Emotional </w:t>
            </w:r>
            <w:proofErr w:type="spellStart"/>
            <w:r>
              <w:t>reseilience</w:t>
            </w:r>
            <w:proofErr w:type="spellEnd"/>
          </w:p>
          <w:p w:rsidR="00FF0AB8" w:rsidRDefault="00FF0AB8">
            <w:r>
              <w:t>Year 10- Vaping and drugs</w:t>
            </w:r>
          </w:p>
          <w:p w:rsidR="00FF0AB8" w:rsidRDefault="00FF0AB8">
            <w:r>
              <w:t xml:space="preserve">Year 11- </w:t>
            </w:r>
            <w:proofErr w:type="spellStart"/>
            <w:r>
              <w:t>Postive</w:t>
            </w:r>
            <w:proofErr w:type="spellEnd"/>
            <w:r>
              <w:t xml:space="preserve"> role models</w:t>
            </w:r>
          </w:p>
        </w:tc>
      </w:tr>
      <w:tr w:rsidR="004B7271" w:rsidTr="0020233E">
        <w:tc>
          <w:tcPr>
            <w:tcW w:w="10196" w:type="dxa"/>
            <w:gridSpan w:val="7"/>
          </w:tcPr>
          <w:p w:rsidR="004B7271" w:rsidRPr="004B7271" w:rsidRDefault="004B7271">
            <w:pPr>
              <w:rPr>
                <w:b/>
              </w:rPr>
            </w:pPr>
            <w:r w:rsidRPr="004B7271">
              <w:rPr>
                <w:b/>
              </w:rPr>
              <w:t>Winter Break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04/01/27</w:t>
            </w:r>
          </w:p>
        </w:tc>
        <w:tc>
          <w:tcPr>
            <w:tcW w:w="1724" w:type="dxa"/>
          </w:tcPr>
          <w:p w:rsidR="00F57345" w:rsidRDefault="00026585">
            <w:r>
              <w:t>Goals</w:t>
            </w:r>
          </w:p>
        </w:tc>
        <w:tc>
          <w:tcPr>
            <w:tcW w:w="1163" w:type="dxa"/>
          </w:tcPr>
          <w:p w:rsidR="00F57345" w:rsidRDefault="00BD524A">
            <w:r>
              <w:t>LHU</w:t>
            </w:r>
          </w:p>
        </w:tc>
        <w:tc>
          <w:tcPr>
            <w:tcW w:w="1497" w:type="dxa"/>
          </w:tcPr>
          <w:p w:rsidR="00F57345" w:rsidRDefault="00026585">
            <w:r>
              <w:t>Health &amp; Wellbeing</w:t>
            </w:r>
          </w:p>
        </w:tc>
        <w:tc>
          <w:tcPr>
            <w:tcW w:w="1708" w:type="dxa"/>
          </w:tcPr>
          <w:p w:rsidR="00F57345" w:rsidRDefault="00026585">
            <w:r>
              <w:t>Aspirations</w:t>
            </w:r>
          </w:p>
        </w:tc>
        <w:tc>
          <w:tcPr>
            <w:tcW w:w="1289" w:type="dxa"/>
          </w:tcPr>
          <w:p w:rsidR="00F57345" w:rsidRDefault="00026585">
            <w:r>
              <w:t>Individual Liberty</w:t>
            </w:r>
          </w:p>
        </w:tc>
        <w:tc>
          <w:tcPr>
            <w:tcW w:w="1560" w:type="dxa"/>
          </w:tcPr>
          <w:p w:rsidR="00F57345" w:rsidRDefault="00026585">
            <w:r>
              <w:t>Aspiration</w:t>
            </w:r>
          </w:p>
        </w:tc>
      </w:tr>
      <w:tr w:rsidR="00FF0AB8" w:rsidTr="00C27A71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7-Independence</w:t>
            </w:r>
          </w:p>
          <w:p w:rsidR="00FF0AB8" w:rsidRDefault="00FF0AB8">
            <w:r>
              <w:t>Year 8-Body confidence</w:t>
            </w:r>
          </w:p>
          <w:p w:rsidR="00FF0AB8" w:rsidRDefault="00FF0AB8">
            <w:r>
              <w:t>Year 9-Drugs</w:t>
            </w:r>
          </w:p>
          <w:p w:rsidR="00FF0AB8" w:rsidRDefault="00FF0AB8">
            <w:r>
              <w:t>Year 10- Car safety</w:t>
            </w:r>
          </w:p>
          <w:p w:rsidR="00FF0AB8" w:rsidRDefault="00FF0AB8">
            <w:r>
              <w:t>Year 11- Problems in the community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lastRenderedPageBreak/>
              <w:t>11/01/27</w:t>
            </w:r>
          </w:p>
        </w:tc>
        <w:tc>
          <w:tcPr>
            <w:tcW w:w="1724" w:type="dxa"/>
          </w:tcPr>
          <w:p w:rsidR="00F57345" w:rsidRDefault="00026585">
            <w:r>
              <w:t>Logic</w:t>
            </w:r>
          </w:p>
        </w:tc>
        <w:tc>
          <w:tcPr>
            <w:tcW w:w="1163" w:type="dxa"/>
          </w:tcPr>
          <w:p w:rsidR="00F57345" w:rsidRDefault="00026585">
            <w:r>
              <w:t>SFO</w:t>
            </w:r>
          </w:p>
        </w:tc>
        <w:tc>
          <w:tcPr>
            <w:tcW w:w="1497" w:type="dxa"/>
          </w:tcPr>
          <w:p w:rsidR="00F57345" w:rsidRDefault="00026585">
            <w:r>
              <w:t>Health &amp; Wellbeing</w:t>
            </w:r>
          </w:p>
        </w:tc>
        <w:tc>
          <w:tcPr>
            <w:tcW w:w="1708" w:type="dxa"/>
          </w:tcPr>
          <w:p w:rsidR="00F57345" w:rsidRDefault="00026585">
            <w:r>
              <w:t>Decision making</w:t>
            </w:r>
          </w:p>
        </w:tc>
        <w:tc>
          <w:tcPr>
            <w:tcW w:w="1289" w:type="dxa"/>
          </w:tcPr>
          <w:p w:rsidR="00F57345" w:rsidRDefault="00026585">
            <w:r>
              <w:t>Individual Liberty</w:t>
            </w:r>
          </w:p>
        </w:tc>
        <w:tc>
          <w:tcPr>
            <w:tcW w:w="1560" w:type="dxa"/>
          </w:tcPr>
          <w:p w:rsidR="00F57345" w:rsidRDefault="00026585">
            <w:r>
              <w:t>Thinking</w:t>
            </w:r>
          </w:p>
        </w:tc>
      </w:tr>
      <w:tr w:rsidR="00FF0AB8" w:rsidTr="00B67045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7-Careers</w:t>
            </w:r>
          </w:p>
          <w:p w:rsidR="00FF0AB8" w:rsidRDefault="00FF0AB8">
            <w:r>
              <w:t>Year 8- Careers</w:t>
            </w:r>
          </w:p>
          <w:p w:rsidR="00FF0AB8" w:rsidRDefault="00FF0AB8">
            <w:r>
              <w:t>Year 9- Careers</w:t>
            </w:r>
          </w:p>
          <w:p w:rsidR="00FF0AB8" w:rsidRDefault="00FF0AB8">
            <w:r>
              <w:t>Year 10- Careers</w:t>
            </w:r>
          </w:p>
          <w:p w:rsidR="00FF0AB8" w:rsidRDefault="00FF0AB8">
            <w:r>
              <w:t>Year 11- Careers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18/01/27</w:t>
            </w:r>
          </w:p>
        </w:tc>
        <w:tc>
          <w:tcPr>
            <w:tcW w:w="1724" w:type="dxa"/>
          </w:tcPr>
          <w:p w:rsidR="00F57345" w:rsidRDefault="00026585">
            <w:r>
              <w:t>Healthy Eating</w:t>
            </w:r>
          </w:p>
          <w:p w:rsidR="008248A7" w:rsidRDefault="008248A7"/>
        </w:tc>
        <w:tc>
          <w:tcPr>
            <w:tcW w:w="1163" w:type="dxa"/>
          </w:tcPr>
          <w:p w:rsidR="00F57345" w:rsidRDefault="00026585">
            <w:r>
              <w:t>AMO</w:t>
            </w:r>
          </w:p>
        </w:tc>
        <w:tc>
          <w:tcPr>
            <w:tcW w:w="1497" w:type="dxa"/>
          </w:tcPr>
          <w:p w:rsidR="00F57345" w:rsidRDefault="00026585">
            <w:r>
              <w:t>Health &amp; Wellbeing</w:t>
            </w:r>
          </w:p>
        </w:tc>
        <w:tc>
          <w:tcPr>
            <w:tcW w:w="1708" w:type="dxa"/>
          </w:tcPr>
          <w:p w:rsidR="00F57345" w:rsidRDefault="00026585">
            <w:r>
              <w:t>Physical health</w:t>
            </w:r>
          </w:p>
        </w:tc>
        <w:tc>
          <w:tcPr>
            <w:tcW w:w="1289" w:type="dxa"/>
          </w:tcPr>
          <w:p w:rsidR="00F57345" w:rsidRDefault="00026585">
            <w:r>
              <w:t>Individual Liberty</w:t>
            </w:r>
          </w:p>
        </w:tc>
        <w:tc>
          <w:tcPr>
            <w:tcW w:w="1560" w:type="dxa"/>
          </w:tcPr>
          <w:p w:rsidR="00F57345" w:rsidRDefault="00026585">
            <w:r>
              <w:t>Responsibility</w:t>
            </w:r>
          </w:p>
        </w:tc>
      </w:tr>
      <w:tr w:rsidR="00FF0AB8" w:rsidTr="00534686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7-Alcohol</w:t>
            </w:r>
          </w:p>
          <w:p w:rsidR="00FF0AB8" w:rsidRDefault="00FF0AB8">
            <w:r>
              <w:t>Year 8-Growth mindset</w:t>
            </w:r>
          </w:p>
          <w:p w:rsidR="00FF0AB8" w:rsidRDefault="00FF0AB8">
            <w:r>
              <w:t xml:space="preserve">Year 9- Mindsets </w:t>
            </w:r>
          </w:p>
          <w:p w:rsidR="00FF0AB8" w:rsidRDefault="00FF0AB8">
            <w:r>
              <w:t>Year 10- Internet safety</w:t>
            </w:r>
          </w:p>
          <w:p w:rsidR="00FF0AB8" w:rsidRDefault="00FF0AB8">
            <w:r>
              <w:t>Year 11- Pay inequality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25/01/27</w:t>
            </w:r>
          </w:p>
        </w:tc>
        <w:tc>
          <w:tcPr>
            <w:tcW w:w="1724" w:type="dxa"/>
          </w:tcPr>
          <w:p w:rsidR="00F57345" w:rsidRDefault="00026585">
            <w:r>
              <w:t>The Holocaust</w:t>
            </w:r>
          </w:p>
        </w:tc>
        <w:tc>
          <w:tcPr>
            <w:tcW w:w="1163" w:type="dxa"/>
          </w:tcPr>
          <w:p w:rsidR="00F57345" w:rsidRDefault="00026585">
            <w:r>
              <w:t>SOA/ADA</w:t>
            </w:r>
          </w:p>
        </w:tc>
        <w:tc>
          <w:tcPr>
            <w:tcW w:w="1497" w:type="dxa"/>
          </w:tcPr>
          <w:p w:rsidR="00F57345" w:rsidRDefault="00026585">
            <w:r>
              <w:t>Relationships</w:t>
            </w:r>
          </w:p>
        </w:tc>
        <w:tc>
          <w:tcPr>
            <w:tcW w:w="1708" w:type="dxa"/>
          </w:tcPr>
          <w:p w:rsidR="00F57345" w:rsidRDefault="00026585">
            <w:r>
              <w:t>Prejudice &amp; discrimination</w:t>
            </w:r>
          </w:p>
        </w:tc>
        <w:tc>
          <w:tcPr>
            <w:tcW w:w="1289" w:type="dxa"/>
          </w:tcPr>
          <w:p w:rsidR="00F57345" w:rsidRDefault="00026585">
            <w:r>
              <w:t>Tolerance</w:t>
            </w:r>
          </w:p>
        </w:tc>
        <w:tc>
          <w:tcPr>
            <w:tcW w:w="1560" w:type="dxa"/>
          </w:tcPr>
          <w:p w:rsidR="00F57345" w:rsidRDefault="00026585">
            <w:r>
              <w:t>Respect</w:t>
            </w:r>
          </w:p>
        </w:tc>
      </w:tr>
      <w:tr w:rsidR="00FF0AB8" w:rsidTr="00593682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7-Vaping and drugs</w:t>
            </w:r>
          </w:p>
          <w:p w:rsidR="00FF0AB8" w:rsidRDefault="00FF0AB8">
            <w:r>
              <w:t>Year 8-Drugs/vaping</w:t>
            </w:r>
          </w:p>
          <w:p w:rsidR="00FF0AB8" w:rsidRDefault="00FF0AB8">
            <w:r>
              <w:t>Year 9- Positive thinking</w:t>
            </w:r>
          </w:p>
          <w:p w:rsidR="00FF0AB8" w:rsidRDefault="00FF0AB8">
            <w:r>
              <w:t>Year 10- Role models</w:t>
            </w:r>
          </w:p>
          <w:p w:rsidR="00FF0AB8" w:rsidRDefault="00FF0AB8">
            <w:r>
              <w:t>Year 11- The cult desire to be a celebrity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01/02/27</w:t>
            </w:r>
          </w:p>
        </w:tc>
        <w:tc>
          <w:tcPr>
            <w:tcW w:w="1724" w:type="dxa"/>
          </w:tcPr>
          <w:p w:rsidR="00F57345" w:rsidRDefault="00026585">
            <w:r>
              <w:t>Science</w:t>
            </w:r>
          </w:p>
        </w:tc>
        <w:tc>
          <w:tcPr>
            <w:tcW w:w="1163" w:type="dxa"/>
          </w:tcPr>
          <w:p w:rsidR="00F57345" w:rsidRDefault="00026585">
            <w:r>
              <w:t>Head of Science</w:t>
            </w:r>
          </w:p>
        </w:tc>
        <w:tc>
          <w:tcPr>
            <w:tcW w:w="1497" w:type="dxa"/>
          </w:tcPr>
          <w:p w:rsidR="00F57345" w:rsidRDefault="00026585">
            <w:r>
              <w:t>Living in the Wider World</w:t>
            </w:r>
          </w:p>
        </w:tc>
        <w:tc>
          <w:tcPr>
            <w:tcW w:w="1708" w:type="dxa"/>
          </w:tcPr>
          <w:p w:rsidR="00F57345" w:rsidRDefault="00026585">
            <w:r>
              <w:t>Innovation</w:t>
            </w:r>
          </w:p>
        </w:tc>
        <w:tc>
          <w:tcPr>
            <w:tcW w:w="1289" w:type="dxa"/>
          </w:tcPr>
          <w:p w:rsidR="00F57345" w:rsidRDefault="00026585">
            <w:r>
              <w:t>Individual Liberty</w:t>
            </w:r>
          </w:p>
        </w:tc>
        <w:tc>
          <w:tcPr>
            <w:tcW w:w="1560" w:type="dxa"/>
          </w:tcPr>
          <w:p w:rsidR="00F57345" w:rsidRDefault="00026585">
            <w:r>
              <w:t>Curiosity</w:t>
            </w:r>
          </w:p>
        </w:tc>
      </w:tr>
      <w:tr w:rsidR="00FF0AB8" w:rsidTr="006C0EFF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7-Internet Safety</w:t>
            </w:r>
          </w:p>
          <w:p w:rsidR="00FF0AB8" w:rsidRDefault="00FF0AB8">
            <w:r>
              <w:t>Year 8-blended families</w:t>
            </w:r>
          </w:p>
          <w:p w:rsidR="00FF0AB8" w:rsidRDefault="00FF0AB8">
            <w:r>
              <w:t xml:space="preserve">Year 9- </w:t>
            </w:r>
            <w:proofErr w:type="spellStart"/>
            <w:r>
              <w:t>Manging</w:t>
            </w:r>
            <w:proofErr w:type="spellEnd"/>
            <w:r>
              <w:t xml:space="preserve"> stress</w:t>
            </w:r>
          </w:p>
          <w:p w:rsidR="00FF0AB8" w:rsidRDefault="00FF0AB8">
            <w:r>
              <w:t>Year 10- Emotional intelligence</w:t>
            </w:r>
          </w:p>
          <w:p w:rsidR="00FF0AB8" w:rsidRDefault="00FF0AB8">
            <w:r>
              <w:t>Year 11- Healthy lifestyles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08/02/27</w:t>
            </w:r>
          </w:p>
        </w:tc>
        <w:tc>
          <w:tcPr>
            <w:tcW w:w="1724" w:type="dxa"/>
          </w:tcPr>
          <w:p w:rsidR="00F57345" w:rsidRDefault="00026585">
            <w:r>
              <w:t>Careers</w:t>
            </w:r>
          </w:p>
        </w:tc>
        <w:tc>
          <w:tcPr>
            <w:tcW w:w="1163" w:type="dxa"/>
          </w:tcPr>
          <w:p w:rsidR="00F57345" w:rsidRDefault="00026585">
            <w:r>
              <w:t>JSM</w:t>
            </w:r>
          </w:p>
        </w:tc>
        <w:tc>
          <w:tcPr>
            <w:tcW w:w="1497" w:type="dxa"/>
          </w:tcPr>
          <w:p w:rsidR="00F57345" w:rsidRDefault="00026585">
            <w:r>
              <w:t>Living in the Wider World</w:t>
            </w:r>
          </w:p>
        </w:tc>
        <w:tc>
          <w:tcPr>
            <w:tcW w:w="1708" w:type="dxa"/>
          </w:tcPr>
          <w:p w:rsidR="00F57345" w:rsidRDefault="00026585">
            <w:r>
              <w:t>Careers education</w:t>
            </w:r>
          </w:p>
        </w:tc>
        <w:tc>
          <w:tcPr>
            <w:tcW w:w="1289" w:type="dxa"/>
          </w:tcPr>
          <w:p w:rsidR="00F57345" w:rsidRDefault="00026585">
            <w:r>
              <w:t>Individual Liberty</w:t>
            </w:r>
          </w:p>
        </w:tc>
        <w:tc>
          <w:tcPr>
            <w:tcW w:w="1560" w:type="dxa"/>
          </w:tcPr>
          <w:p w:rsidR="00F57345" w:rsidRDefault="00026585">
            <w:r>
              <w:t>Aspiration</w:t>
            </w:r>
          </w:p>
        </w:tc>
      </w:tr>
      <w:tr w:rsidR="00FF0AB8" w:rsidTr="00C82DD5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7-Puberty</w:t>
            </w:r>
          </w:p>
          <w:p w:rsidR="00FF0AB8" w:rsidRDefault="00FF0AB8">
            <w:r>
              <w:t xml:space="preserve">Year 8-Young </w:t>
            </w:r>
            <w:proofErr w:type="spellStart"/>
            <w:r>
              <w:t>Carers</w:t>
            </w:r>
            <w:proofErr w:type="spellEnd"/>
          </w:p>
          <w:p w:rsidR="00FF0AB8" w:rsidRDefault="00FF0AB8">
            <w:r>
              <w:t>Year 9- Role models</w:t>
            </w:r>
          </w:p>
          <w:p w:rsidR="00FF0AB8" w:rsidRDefault="00FF0AB8">
            <w:r>
              <w:t>Year 10- Gossip</w:t>
            </w:r>
          </w:p>
          <w:p w:rsidR="00FF0AB8" w:rsidRDefault="00FF0AB8">
            <w:r>
              <w:t xml:space="preserve">Year 11- Physical </w:t>
            </w:r>
            <w:proofErr w:type="spellStart"/>
            <w:r>
              <w:t>excercise</w:t>
            </w:r>
            <w:proofErr w:type="spellEnd"/>
          </w:p>
        </w:tc>
      </w:tr>
      <w:tr w:rsidR="004B7271" w:rsidTr="0020233E">
        <w:tc>
          <w:tcPr>
            <w:tcW w:w="10196" w:type="dxa"/>
            <w:gridSpan w:val="7"/>
          </w:tcPr>
          <w:p w:rsidR="004B7271" w:rsidRDefault="004B7271">
            <w:r>
              <w:rPr>
                <w:b/>
              </w:rPr>
              <w:t>Half Term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22/02/27</w:t>
            </w:r>
          </w:p>
        </w:tc>
        <w:tc>
          <w:tcPr>
            <w:tcW w:w="1724" w:type="dxa"/>
          </w:tcPr>
          <w:p w:rsidR="00F57345" w:rsidRDefault="00026585">
            <w:r>
              <w:t>Language</w:t>
            </w:r>
          </w:p>
        </w:tc>
        <w:tc>
          <w:tcPr>
            <w:tcW w:w="1163" w:type="dxa"/>
          </w:tcPr>
          <w:p w:rsidR="00F57345" w:rsidRDefault="00026585">
            <w:r>
              <w:t>GHE/JTH</w:t>
            </w:r>
          </w:p>
        </w:tc>
        <w:tc>
          <w:tcPr>
            <w:tcW w:w="1497" w:type="dxa"/>
          </w:tcPr>
          <w:p w:rsidR="00F57345" w:rsidRDefault="00026585">
            <w:r>
              <w:t>Relationships</w:t>
            </w:r>
          </w:p>
        </w:tc>
        <w:tc>
          <w:tcPr>
            <w:tcW w:w="1708" w:type="dxa"/>
          </w:tcPr>
          <w:p w:rsidR="00F57345" w:rsidRDefault="00026585">
            <w:r>
              <w:t>Communication</w:t>
            </w:r>
          </w:p>
        </w:tc>
        <w:tc>
          <w:tcPr>
            <w:tcW w:w="1289" w:type="dxa"/>
          </w:tcPr>
          <w:p w:rsidR="00F57345" w:rsidRDefault="00026585">
            <w:r>
              <w:t>Mutual Respect</w:t>
            </w:r>
          </w:p>
        </w:tc>
        <w:tc>
          <w:tcPr>
            <w:tcW w:w="1560" w:type="dxa"/>
          </w:tcPr>
          <w:p w:rsidR="00F57345" w:rsidRDefault="00026585">
            <w:r>
              <w:t>Belonging</w:t>
            </w:r>
          </w:p>
        </w:tc>
      </w:tr>
      <w:tr w:rsidR="00FF0AB8" w:rsidTr="00AA07FB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7-Bullying</w:t>
            </w:r>
          </w:p>
          <w:p w:rsidR="00FF0AB8" w:rsidRDefault="00FF0AB8">
            <w:r>
              <w:t>Year 8-Siblings</w:t>
            </w:r>
          </w:p>
          <w:p w:rsidR="00FF0AB8" w:rsidRDefault="00FF0AB8">
            <w:r>
              <w:t>Year 9- Advertising truths and AI</w:t>
            </w:r>
          </w:p>
          <w:p w:rsidR="00FF0AB8" w:rsidRDefault="00FF0AB8">
            <w:r>
              <w:t>Year 10- Careers</w:t>
            </w:r>
          </w:p>
          <w:p w:rsidR="00FF0AB8" w:rsidRDefault="00FF0AB8">
            <w:r>
              <w:t>Year 11- Gambling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01/03/27</w:t>
            </w:r>
          </w:p>
        </w:tc>
        <w:tc>
          <w:tcPr>
            <w:tcW w:w="1724" w:type="dxa"/>
          </w:tcPr>
          <w:p w:rsidR="00F57345" w:rsidRDefault="00026585">
            <w:r>
              <w:t>Books</w:t>
            </w:r>
          </w:p>
        </w:tc>
        <w:tc>
          <w:tcPr>
            <w:tcW w:w="1163" w:type="dxa"/>
          </w:tcPr>
          <w:p w:rsidR="00F57345" w:rsidRDefault="00026585">
            <w:r>
              <w:t>Head of English</w:t>
            </w:r>
          </w:p>
        </w:tc>
        <w:tc>
          <w:tcPr>
            <w:tcW w:w="1497" w:type="dxa"/>
          </w:tcPr>
          <w:p w:rsidR="00F57345" w:rsidRDefault="00026585">
            <w:r>
              <w:t>Health &amp; Wellbeing</w:t>
            </w:r>
          </w:p>
        </w:tc>
        <w:tc>
          <w:tcPr>
            <w:tcW w:w="1708" w:type="dxa"/>
          </w:tcPr>
          <w:p w:rsidR="00F57345" w:rsidRDefault="00026585">
            <w:r>
              <w:t>Literacy</w:t>
            </w:r>
          </w:p>
        </w:tc>
        <w:tc>
          <w:tcPr>
            <w:tcW w:w="1289" w:type="dxa"/>
          </w:tcPr>
          <w:p w:rsidR="00F57345" w:rsidRDefault="00026585">
            <w:r>
              <w:t>Individual Liberty</w:t>
            </w:r>
          </w:p>
        </w:tc>
        <w:tc>
          <w:tcPr>
            <w:tcW w:w="1560" w:type="dxa"/>
          </w:tcPr>
          <w:p w:rsidR="00F57345" w:rsidRDefault="00026585">
            <w:r>
              <w:t>Curiosity</w:t>
            </w:r>
          </w:p>
        </w:tc>
      </w:tr>
      <w:tr w:rsidR="00FF0AB8" w:rsidTr="00946217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7-Listening and Reading</w:t>
            </w:r>
          </w:p>
          <w:p w:rsidR="00FF0AB8" w:rsidRDefault="00FF0AB8">
            <w:r>
              <w:t>Year 8-Careers</w:t>
            </w:r>
          </w:p>
          <w:p w:rsidR="00FF0AB8" w:rsidRDefault="00FF0AB8">
            <w:r>
              <w:t>Year 9- Careers</w:t>
            </w:r>
          </w:p>
          <w:p w:rsidR="00FF0AB8" w:rsidRDefault="00FF0AB8">
            <w:r>
              <w:t>Year 10- Social media</w:t>
            </w:r>
          </w:p>
          <w:p w:rsidR="00FF0AB8" w:rsidRDefault="00FF0AB8">
            <w:r>
              <w:t>Year 11- Vaping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lastRenderedPageBreak/>
              <w:t>08/03/27</w:t>
            </w:r>
          </w:p>
        </w:tc>
        <w:tc>
          <w:tcPr>
            <w:tcW w:w="1724" w:type="dxa"/>
          </w:tcPr>
          <w:p w:rsidR="00F57345" w:rsidRDefault="00026585">
            <w:r>
              <w:t>Women's Rights</w:t>
            </w:r>
          </w:p>
        </w:tc>
        <w:tc>
          <w:tcPr>
            <w:tcW w:w="1163" w:type="dxa"/>
          </w:tcPr>
          <w:p w:rsidR="00F57345" w:rsidRDefault="00026585">
            <w:r>
              <w:t>SSM</w:t>
            </w:r>
          </w:p>
        </w:tc>
        <w:tc>
          <w:tcPr>
            <w:tcW w:w="1497" w:type="dxa"/>
          </w:tcPr>
          <w:p w:rsidR="00F57345" w:rsidRDefault="00026585">
            <w:r>
              <w:t>Relationships</w:t>
            </w:r>
          </w:p>
        </w:tc>
        <w:tc>
          <w:tcPr>
            <w:tcW w:w="1708" w:type="dxa"/>
          </w:tcPr>
          <w:p w:rsidR="00F57345" w:rsidRDefault="00026585">
            <w:r>
              <w:t>Equality</w:t>
            </w:r>
          </w:p>
        </w:tc>
        <w:tc>
          <w:tcPr>
            <w:tcW w:w="1289" w:type="dxa"/>
          </w:tcPr>
          <w:p w:rsidR="00F57345" w:rsidRDefault="00026585">
            <w:r>
              <w:t>Mutual Respect</w:t>
            </w:r>
          </w:p>
        </w:tc>
        <w:tc>
          <w:tcPr>
            <w:tcW w:w="1560" w:type="dxa"/>
          </w:tcPr>
          <w:p w:rsidR="00F57345" w:rsidRDefault="00026585">
            <w:r>
              <w:t>Respect</w:t>
            </w:r>
          </w:p>
        </w:tc>
      </w:tr>
      <w:tr w:rsidR="00FF0AB8" w:rsidTr="004C209E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7-Peer pressure</w:t>
            </w:r>
          </w:p>
          <w:p w:rsidR="00FF0AB8" w:rsidRDefault="00FF0AB8">
            <w:r>
              <w:t>Year 8-Creating the life you want</w:t>
            </w:r>
          </w:p>
          <w:p w:rsidR="00FF0AB8" w:rsidRDefault="00FF0AB8">
            <w:r>
              <w:t xml:space="preserve">Year 9- Love and </w:t>
            </w:r>
            <w:proofErr w:type="spellStart"/>
            <w:r>
              <w:t>infactuation</w:t>
            </w:r>
            <w:proofErr w:type="spellEnd"/>
          </w:p>
          <w:p w:rsidR="00FF0AB8" w:rsidRDefault="00FF0AB8">
            <w:r>
              <w:t>Year 10- Sexting</w:t>
            </w:r>
          </w:p>
          <w:p w:rsidR="00FF0AB8" w:rsidRDefault="00FF0AB8">
            <w:r>
              <w:t>Year 11- Young drivers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15/03/27</w:t>
            </w:r>
          </w:p>
        </w:tc>
        <w:tc>
          <w:tcPr>
            <w:tcW w:w="1724" w:type="dxa"/>
          </w:tcPr>
          <w:p w:rsidR="00F57345" w:rsidRDefault="00026585">
            <w:r>
              <w:t>Anti-racism</w:t>
            </w:r>
          </w:p>
        </w:tc>
        <w:tc>
          <w:tcPr>
            <w:tcW w:w="1163" w:type="dxa"/>
          </w:tcPr>
          <w:p w:rsidR="00F57345" w:rsidRDefault="00026585">
            <w:r>
              <w:t>HOY</w:t>
            </w:r>
          </w:p>
        </w:tc>
        <w:tc>
          <w:tcPr>
            <w:tcW w:w="1497" w:type="dxa"/>
          </w:tcPr>
          <w:p w:rsidR="00F57345" w:rsidRDefault="00026585">
            <w:r>
              <w:t>Relationships</w:t>
            </w:r>
          </w:p>
        </w:tc>
        <w:tc>
          <w:tcPr>
            <w:tcW w:w="1708" w:type="dxa"/>
          </w:tcPr>
          <w:p w:rsidR="00F57345" w:rsidRDefault="00026585">
            <w:r>
              <w:t>Inclusion</w:t>
            </w:r>
          </w:p>
        </w:tc>
        <w:tc>
          <w:tcPr>
            <w:tcW w:w="1289" w:type="dxa"/>
          </w:tcPr>
          <w:p w:rsidR="00F57345" w:rsidRDefault="00026585">
            <w:r>
              <w:t>Tolerance</w:t>
            </w:r>
          </w:p>
        </w:tc>
        <w:tc>
          <w:tcPr>
            <w:tcW w:w="1560" w:type="dxa"/>
          </w:tcPr>
          <w:p w:rsidR="00F57345" w:rsidRDefault="00026585">
            <w:r>
              <w:t>Respect</w:t>
            </w:r>
          </w:p>
        </w:tc>
      </w:tr>
      <w:tr w:rsidR="00FF0AB8" w:rsidTr="003477E0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7-Role models</w:t>
            </w:r>
          </w:p>
          <w:p w:rsidR="00FF0AB8" w:rsidRDefault="00FF0AB8">
            <w:r>
              <w:t>Year 8-Family fallouts</w:t>
            </w:r>
          </w:p>
          <w:p w:rsidR="00FF0AB8" w:rsidRDefault="00FF0AB8">
            <w:r>
              <w:t>Year 9- Careers</w:t>
            </w:r>
          </w:p>
          <w:p w:rsidR="00FF0AB8" w:rsidRDefault="00FF0AB8">
            <w:r>
              <w:t xml:space="preserve">Year 10- </w:t>
            </w:r>
            <w:proofErr w:type="spellStart"/>
            <w:r>
              <w:t>Extreemism</w:t>
            </w:r>
            <w:proofErr w:type="spellEnd"/>
          </w:p>
          <w:p w:rsidR="00FF0AB8" w:rsidRDefault="00FF0AB8">
            <w:r>
              <w:t>Year 11- Careers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22/03/27</w:t>
            </w:r>
          </w:p>
        </w:tc>
        <w:tc>
          <w:tcPr>
            <w:tcW w:w="1724" w:type="dxa"/>
          </w:tcPr>
          <w:p w:rsidR="00F57345" w:rsidRDefault="00026585">
            <w:r>
              <w:t>New Life</w:t>
            </w:r>
          </w:p>
        </w:tc>
        <w:tc>
          <w:tcPr>
            <w:tcW w:w="1163" w:type="dxa"/>
          </w:tcPr>
          <w:p w:rsidR="00F57345" w:rsidRDefault="00026585">
            <w:r>
              <w:t>HOY/SFO</w:t>
            </w:r>
          </w:p>
        </w:tc>
        <w:tc>
          <w:tcPr>
            <w:tcW w:w="1497" w:type="dxa"/>
          </w:tcPr>
          <w:p w:rsidR="00F57345" w:rsidRDefault="00026585">
            <w:r>
              <w:t>Health &amp; Wellbeing</w:t>
            </w:r>
          </w:p>
        </w:tc>
        <w:tc>
          <w:tcPr>
            <w:tcW w:w="1708" w:type="dxa"/>
          </w:tcPr>
          <w:p w:rsidR="00F57345" w:rsidRDefault="00026585">
            <w:r>
              <w:t>Personal growth</w:t>
            </w:r>
          </w:p>
        </w:tc>
        <w:tc>
          <w:tcPr>
            <w:tcW w:w="1289" w:type="dxa"/>
          </w:tcPr>
          <w:p w:rsidR="00F57345" w:rsidRDefault="00026585">
            <w:r>
              <w:t>Individual Liberty</w:t>
            </w:r>
          </w:p>
        </w:tc>
        <w:tc>
          <w:tcPr>
            <w:tcW w:w="1560" w:type="dxa"/>
          </w:tcPr>
          <w:p w:rsidR="00F57345" w:rsidRDefault="00026585">
            <w:r>
              <w:t>Hope</w:t>
            </w:r>
          </w:p>
        </w:tc>
      </w:tr>
      <w:tr w:rsidR="00FF0AB8" w:rsidTr="0004232D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7-Kindness and Family</w:t>
            </w:r>
          </w:p>
          <w:p w:rsidR="00FF0AB8" w:rsidRDefault="00FF0AB8">
            <w:r>
              <w:t>Year 8-Careers</w:t>
            </w:r>
          </w:p>
          <w:p w:rsidR="00FF0AB8" w:rsidRDefault="00FF0AB8">
            <w:r>
              <w:t>Year 9- Sexting</w:t>
            </w:r>
          </w:p>
          <w:p w:rsidR="00FF0AB8" w:rsidRDefault="00FF0AB8">
            <w:r>
              <w:t>Year 10- Home budgeting and how a mortgage works</w:t>
            </w:r>
          </w:p>
          <w:p w:rsidR="00FF0AB8" w:rsidRDefault="00FF0AB8">
            <w:r>
              <w:t>Year 11- Motor cycle safety and National insurance/ Budget and finance</w:t>
            </w:r>
          </w:p>
        </w:tc>
      </w:tr>
      <w:tr w:rsidR="004B7271" w:rsidTr="0020233E">
        <w:tc>
          <w:tcPr>
            <w:tcW w:w="10196" w:type="dxa"/>
            <w:gridSpan w:val="7"/>
          </w:tcPr>
          <w:p w:rsidR="004B7271" w:rsidRPr="004B7271" w:rsidRDefault="004B7271">
            <w:pPr>
              <w:rPr>
                <w:b/>
              </w:rPr>
            </w:pPr>
            <w:r w:rsidRPr="004B7271">
              <w:rPr>
                <w:b/>
              </w:rPr>
              <w:t>Easter Holidays</w:t>
            </w:r>
          </w:p>
        </w:tc>
      </w:tr>
      <w:tr w:rsidR="004B7271" w:rsidTr="00FF0AB8">
        <w:tc>
          <w:tcPr>
            <w:tcW w:w="1255" w:type="dxa"/>
          </w:tcPr>
          <w:p w:rsidR="004B7271" w:rsidRPr="004B7271" w:rsidRDefault="004B7271">
            <w:pPr>
              <w:rPr>
                <w:b/>
              </w:rPr>
            </w:pPr>
            <w:r w:rsidRPr="004B7271">
              <w:rPr>
                <w:b/>
              </w:rPr>
              <w:t>12/04/27</w:t>
            </w:r>
          </w:p>
        </w:tc>
        <w:tc>
          <w:tcPr>
            <w:tcW w:w="1724" w:type="dxa"/>
          </w:tcPr>
          <w:p w:rsidR="004B7271" w:rsidRDefault="004B7271">
            <w:r>
              <w:t>Welcome Back</w:t>
            </w:r>
          </w:p>
        </w:tc>
        <w:tc>
          <w:tcPr>
            <w:tcW w:w="1163" w:type="dxa"/>
          </w:tcPr>
          <w:p w:rsidR="004B7271" w:rsidRDefault="00BD524A">
            <w:r>
              <w:t>LHU</w:t>
            </w:r>
          </w:p>
        </w:tc>
        <w:tc>
          <w:tcPr>
            <w:tcW w:w="1497" w:type="dxa"/>
          </w:tcPr>
          <w:p w:rsidR="004B7271" w:rsidRDefault="004B7271">
            <w:r>
              <w:t>Expectations and Relationships</w:t>
            </w:r>
          </w:p>
        </w:tc>
        <w:tc>
          <w:tcPr>
            <w:tcW w:w="1708" w:type="dxa"/>
          </w:tcPr>
          <w:p w:rsidR="004B7271" w:rsidRDefault="004B7271">
            <w:r>
              <w:t>Communication</w:t>
            </w:r>
          </w:p>
        </w:tc>
        <w:tc>
          <w:tcPr>
            <w:tcW w:w="1289" w:type="dxa"/>
          </w:tcPr>
          <w:p w:rsidR="004B7271" w:rsidRDefault="004B7271">
            <w:r>
              <w:t>Mutual Respect</w:t>
            </w:r>
          </w:p>
        </w:tc>
        <w:tc>
          <w:tcPr>
            <w:tcW w:w="1560" w:type="dxa"/>
          </w:tcPr>
          <w:p w:rsidR="004B7271" w:rsidRDefault="004B7271">
            <w:r>
              <w:t>Belonging</w:t>
            </w:r>
          </w:p>
        </w:tc>
      </w:tr>
      <w:tr w:rsidR="00FF0AB8" w:rsidTr="003B3FCF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7-Social Media</w:t>
            </w:r>
          </w:p>
          <w:p w:rsidR="00FF0AB8" w:rsidRDefault="00FF0AB8">
            <w:r>
              <w:t xml:space="preserve">Year 8-Forgiveness </w:t>
            </w:r>
          </w:p>
          <w:p w:rsidR="00FF0AB8" w:rsidRDefault="00FF0AB8">
            <w:r>
              <w:t>Year 9- Human Rights and Being British</w:t>
            </w:r>
          </w:p>
          <w:p w:rsidR="00FF0AB8" w:rsidRDefault="00FF0AB8">
            <w:r>
              <w:t>Year 10- Finance and debt</w:t>
            </w:r>
          </w:p>
          <w:p w:rsidR="00FF0AB8" w:rsidRDefault="00FF0AB8">
            <w:r>
              <w:t xml:space="preserve">Year 11- Credit card/ </w:t>
            </w:r>
            <w:proofErr w:type="spellStart"/>
            <w:r>
              <w:t>vrs</w:t>
            </w:r>
            <w:proofErr w:type="spellEnd"/>
            <w:r>
              <w:t xml:space="preserve"> debit card</w:t>
            </w:r>
          </w:p>
        </w:tc>
      </w:tr>
      <w:tr w:rsidR="004B7271" w:rsidTr="00FF0AB8">
        <w:tc>
          <w:tcPr>
            <w:tcW w:w="1255" w:type="dxa"/>
          </w:tcPr>
          <w:p w:rsidR="004B7271" w:rsidRPr="004B7271" w:rsidRDefault="004B7271">
            <w:pPr>
              <w:rPr>
                <w:b/>
              </w:rPr>
            </w:pPr>
            <w:r w:rsidRPr="004B7271">
              <w:rPr>
                <w:b/>
              </w:rPr>
              <w:t>19/04/27</w:t>
            </w:r>
          </w:p>
        </w:tc>
        <w:tc>
          <w:tcPr>
            <w:tcW w:w="1724" w:type="dxa"/>
          </w:tcPr>
          <w:p w:rsidR="004B7271" w:rsidRDefault="004B7271">
            <w:proofErr w:type="spellStart"/>
            <w:r>
              <w:t>Behaviour</w:t>
            </w:r>
            <w:proofErr w:type="spellEnd"/>
            <w:r>
              <w:t xml:space="preserve"> Curriculum</w:t>
            </w:r>
          </w:p>
        </w:tc>
        <w:tc>
          <w:tcPr>
            <w:tcW w:w="1163" w:type="dxa"/>
          </w:tcPr>
          <w:p w:rsidR="004B7271" w:rsidRDefault="004B7271">
            <w:r>
              <w:t>SFO</w:t>
            </w:r>
          </w:p>
        </w:tc>
        <w:tc>
          <w:tcPr>
            <w:tcW w:w="1497" w:type="dxa"/>
          </w:tcPr>
          <w:p w:rsidR="004B7271" w:rsidRDefault="004B7271">
            <w:r>
              <w:t>Expectations and Relationships</w:t>
            </w:r>
          </w:p>
        </w:tc>
        <w:tc>
          <w:tcPr>
            <w:tcW w:w="1708" w:type="dxa"/>
          </w:tcPr>
          <w:p w:rsidR="004B7271" w:rsidRDefault="004B7271">
            <w:r>
              <w:t>Growth</w:t>
            </w:r>
          </w:p>
        </w:tc>
        <w:tc>
          <w:tcPr>
            <w:tcW w:w="1289" w:type="dxa"/>
          </w:tcPr>
          <w:p w:rsidR="004B7271" w:rsidRDefault="004B7271">
            <w:r>
              <w:t>Mutual Respect</w:t>
            </w:r>
          </w:p>
        </w:tc>
        <w:tc>
          <w:tcPr>
            <w:tcW w:w="1560" w:type="dxa"/>
          </w:tcPr>
          <w:p w:rsidR="004B7271" w:rsidRDefault="004B7271">
            <w:r>
              <w:t>Respect</w:t>
            </w:r>
          </w:p>
        </w:tc>
      </w:tr>
      <w:tr w:rsidR="00FF0AB8" w:rsidTr="004F2C7D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7-Mutual Respect</w:t>
            </w:r>
          </w:p>
          <w:p w:rsidR="00FF0AB8" w:rsidRDefault="00FF0AB8">
            <w:r>
              <w:t>Year 8-Careers</w:t>
            </w:r>
          </w:p>
          <w:p w:rsidR="00FF0AB8" w:rsidRDefault="00FF0AB8">
            <w:r>
              <w:t>Year 9- Careers</w:t>
            </w:r>
          </w:p>
          <w:p w:rsidR="00FF0AB8" w:rsidRDefault="00FF0AB8">
            <w:r>
              <w:t>Year 10- Resilience</w:t>
            </w:r>
          </w:p>
          <w:p w:rsidR="00FF0AB8" w:rsidRDefault="00FF0AB8">
            <w:r>
              <w:t>Year 11- Careers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26/04/27</w:t>
            </w:r>
          </w:p>
        </w:tc>
        <w:tc>
          <w:tcPr>
            <w:tcW w:w="1724" w:type="dxa"/>
          </w:tcPr>
          <w:p w:rsidR="00F57345" w:rsidRDefault="00026585">
            <w:r>
              <w:t>Neurodiversity</w:t>
            </w:r>
          </w:p>
        </w:tc>
        <w:tc>
          <w:tcPr>
            <w:tcW w:w="1163" w:type="dxa"/>
          </w:tcPr>
          <w:p w:rsidR="00F57345" w:rsidRDefault="004B7271">
            <w:r>
              <w:t>HOY</w:t>
            </w:r>
          </w:p>
        </w:tc>
        <w:tc>
          <w:tcPr>
            <w:tcW w:w="1497" w:type="dxa"/>
          </w:tcPr>
          <w:p w:rsidR="00F57345" w:rsidRDefault="00026585">
            <w:r>
              <w:t>Relationships</w:t>
            </w:r>
          </w:p>
        </w:tc>
        <w:tc>
          <w:tcPr>
            <w:tcW w:w="1708" w:type="dxa"/>
          </w:tcPr>
          <w:p w:rsidR="00F57345" w:rsidRDefault="00026585">
            <w:r>
              <w:t>SEND &amp; inclusion</w:t>
            </w:r>
          </w:p>
        </w:tc>
        <w:tc>
          <w:tcPr>
            <w:tcW w:w="1289" w:type="dxa"/>
          </w:tcPr>
          <w:p w:rsidR="00F57345" w:rsidRDefault="00026585">
            <w:r>
              <w:t>Mutual Respect</w:t>
            </w:r>
          </w:p>
        </w:tc>
        <w:tc>
          <w:tcPr>
            <w:tcW w:w="1560" w:type="dxa"/>
          </w:tcPr>
          <w:p w:rsidR="00F57345" w:rsidRDefault="00026585">
            <w:r>
              <w:t>Belonging</w:t>
            </w:r>
          </w:p>
        </w:tc>
      </w:tr>
      <w:tr w:rsidR="00FF0AB8" w:rsidTr="004966E5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7-Insulting language</w:t>
            </w:r>
          </w:p>
          <w:p w:rsidR="00FF0AB8" w:rsidRDefault="00FF0AB8">
            <w:r>
              <w:t>Year 8-Frustration</w:t>
            </w:r>
          </w:p>
          <w:p w:rsidR="00FF0AB8" w:rsidRDefault="00FF0AB8">
            <w:r>
              <w:t xml:space="preserve">Year 9- </w:t>
            </w:r>
            <w:proofErr w:type="spellStart"/>
            <w:r>
              <w:t>Volunterring</w:t>
            </w:r>
            <w:proofErr w:type="spellEnd"/>
          </w:p>
          <w:p w:rsidR="00FF0AB8" w:rsidRDefault="00FF0AB8">
            <w:r>
              <w:t xml:space="preserve">Year 10- </w:t>
            </w:r>
            <w:proofErr w:type="spellStart"/>
            <w:r>
              <w:t>Enviorment</w:t>
            </w:r>
            <w:proofErr w:type="spellEnd"/>
          </w:p>
          <w:p w:rsidR="00FF0AB8" w:rsidRDefault="00FF0AB8">
            <w:r>
              <w:t xml:space="preserve">Year 11- </w:t>
            </w:r>
            <w:proofErr w:type="spellStart"/>
            <w:r>
              <w:t>Enviroement</w:t>
            </w:r>
            <w:proofErr w:type="spellEnd"/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03/05/27</w:t>
            </w:r>
          </w:p>
        </w:tc>
        <w:tc>
          <w:tcPr>
            <w:tcW w:w="1724" w:type="dxa"/>
          </w:tcPr>
          <w:p w:rsidR="00F57345" w:rsidRDefault="00026585">
            <w:r>
              <w:t>Managing Stress</w:t>
            </w:r>
          </w:p>
        </w:tc>
        <w:tc>
          <w:tcPr>
            <w:tcW w:w="1163" w:type="dxa"/>
          </w:tcPr>
          <w:p w:rsidR="00F57345" w:rsidRDefault="00026585">
            <w:r>
              <w:t>SFO</w:t>
            </w:r>
          </w:p>
        </w:tc>
        <w:tc>
          <w:tcPr>
            <w:tcW w:w="1497" w:type="dxa"/>
          </w:tcPr>
          <w:p w:rsidR="00F57345" w:rsidRDefault="00026585">
            <w:r>
              <w:t>Health &amp; Wellbeing</w:t>
            </w:r>
          </w:p>
        </w:tc>
        <w:tc>
          <w:tcPr>
            <w:tcW w:w="1708" w:type="dxa"/>
          </w:tcPr>
          <w:p w:rsidR="00F57345" w:rsidRDefault="00026585">
            <w:r>
              <w:t>Mental wellbeing</w:t>
            </w:r>
          </w:p>
        </w:tc>
        <w:tc>
          <w:tcPr>
            <w:tcW w:w="1289" w:type="dxa"/>
          </w:tcPr>
          <w:p w:rsidR="00F57345" w:rsidRDefault="00026585">
            <w:r>
              <w:t>Individual Liberty</w:t>
            </w:r>
          </w:p>
        </w:tc>
        <w:tc>
          <w:tcPr>
            <w:tcW w:w="1560" w:type="dxa"/>
          </w:tcPr>
          <w:p w:rsidR="00F57345" w:rsidRDefault="00026585">
            <w:r>
              <w:t>Resilience</w:t>
            </w:r>
          </w:p>
        </w:tc>
      </w:tr>
      <w:tr w:rsidR="00FF0AB8" w:rsidTr="003C6CBB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7-Work/life balance</w:t>
            </w:r>
          </w:p>
          <w:p w:rsidR="00FF0AB8" w:rsidRDefault="00FF0AB8">
            <w:r>
              <w:t>Year 8-Antiisocial behavior</w:t>
            </w:r>
          </w:p>
          <w:p w:rsidR="00FF0AB8" w:rsidRDefault="00FF0AB8">
            <w:r>
              <w:t>Year 9-Dealing with poverty</w:t>
            </w:r>
          </w:p>
          <w:p w:rsidR="00FF0AB8" w:rsidRDefault="00FF0AB8">
            <w:r>
              <w:t>Year 10- Human rights</w:t>
            </w:r>
          </w:p>
          <w:p w:rsidR="00FF0AB8" w:rsidRDefault="00FF0AB8">
            <w:r>
              <w:t xml:space="preserve">Year 11- </w:t>
            </w:r>
            <w:proofErr w:type="spellStart"/>
            <w:r>
              <w:t>Reviusion</w:t>
            </w:r>
            <w:proofErr w:type="spellEnd"/>
            <w:r>
              <w:t xml:space="preserve"> and exams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lastRenderedPageBreak/>
              <w:t>10/05/27</w:t>
            </w:r>
          </w:p>
        </w:tc>
        <w:tc>
          <w:tcPr>
            <w:tcW w:w="1724" w:type="dxa"/>
          </w:tcPr>
          <w:p w:rsidR="00F57345" w:rsidRDefault="00026585">
            <w:r>
              <w:t>Gender</w:t>
            </w:r>
          </w:p>
        </w:tc>
        <w:tc>
          <w:tcPr>
            <w:tcW w:w="1163" w:type="dxa"/>
          </w:tcPr>
          <w:p w:rsidR="00F57345" w:rsidRDefault="00026585">
            <w:r>
              <w:t>AMO</w:t>
            </w:r>
          </w:p>
        </w:tc>
        <w:tc>
          <w:tcPr>
            <w:tcW w:w="1497" w:type="dxa"/>
          </w:tcPr>
          <w:p w:rsidR="00F57345" w:rsidRDefault="00026585">
            <w:r>
              <w:t>Relationships</w:t>
            </w:r>
          </w:p>
        </w:tc>
        <w:tc>
          <w:tcPr>
            <w:tcW w:w="1708" w:type="dxa"/>
          </w:tcPr>
          <w:p w:rsidR="00F57345" w:rsidRDefault="00026585">
            <w:r>
              <w:t>Identity &amp; equality</w:t>
            </w:r>
          </w:p>
        </w:tc>
        <w:tc>
          <w:tcPr>
            <w:tcW w:w="1289" w:type="dxa"/>
          </w:tcPr>
          <w:p w:rsidR="00F57345" w:rsidRDefault="00026585">
            <w:r>
              <w:t>Mutual Respect</w:t>
            </w:r>
          </w:p>
        </w:tc>
        <w:tc>
          <w:tcPr>
            <w:tcW w:w="1560" w:type="dxa"/>
          </w:tcPr>
          <w:p w:rsidR="00F57345" w:rsidRDefault="00026585">
            <w:r>
              <w:t>Respect</w:t>
            </w:r>
          </w:p>
        </w:tc>
      </w:tr>
      <w:tr w:rsidR="00FF0AB8" w:rsidTr="007810BE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7-Being British</w:t>
            </w:r>
          </w:p>
          <w:p w:rsidR="00FF0AB8" w:rsidRDefault="00FF0AB8">
            <w:r>
              <w:t>Year 8-Peer pressure</w:t>
            </w:r>
          </w:p>
          <w:p w:rsidR="00FF0AB8" w:rsidRDefault="00FF0AB8">
            <w:r>
              <w:t>Year 9- Careers</w:t>
            </w:r>
          </w:p>
          <w:p w:rsidR="00FF0AB8" w:rsidRDefault="00FF0AB8">
            <w:r>
              <w:t>Year 10- Careers</w:t>
            </w:r>
          </w:p>
          <w:p w:rsidR="00FF0AB8" w:rsidRDefault="00FF0AB8">
            <w:r>
              <w:t>Year 11- Intervention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17/05/27</w:t>
            </w:r>
          </w:p>
        </w:tc>
        <w:tc>
          <w:tcPr>
            <w:tcW w:w="1724" w:type="dxa"/>
          </w:tcPr>
          <w:p w:rsidR="00F57345" w:rsidRDefault="00026585">
            <w:r>
              <w:t>Knife Crime</w:t>
            </w:r>
          </w:p>
        </w:tc>
        <w:tc>
          <w:tcPr>
            <w:tcW w:w="1163" w:type="dxa"/>
          </w:tcPr>
          <w:p w:rsidR="00F57345" w:rsidRDefault="00026585">
            <w:r>
              <w:t>KWA</w:t>
            </w:r>
          </w:p>
        </w:tc>
        <w:tc>
          <w:tcPr>
            <w:tcW w:w="1497" w:type="dxa"/>
          </w:tcPr>
          <w:p w:rsidR="00F57345" w:rsidRDefault="00026585">
            <w:r>
              <w:t>Health &amp; Wellbeing</w:t>
            </w:r>
          </w:p>
        </w:tc>
        <w:tc>
          <w:tcPr>
            <w:tcW w:w="1708" w:type="dxa"/>
          </w:tcPr>
          <w:p w:rsidR="00F57345" w:rsidRDefault="00026585">
            <w:r>
              <w:t>Personal safety</w:t>
            </w:r>
          </w:p>
        </w:tc>
        <w:tc>
          <w:tcPr>
            <w:tcW w:w="1289" w:type="dxa"/>
          </w:tcPr>
          <w:p w:rsidR="00F57345" w:rsidRDefault="00026585">
            <w:r>
              <w:t>Rule of Law</w:t>
            </w:r>
          </w:p>
        </w:tc>
        <w:tc>
          <w:tcPr>
            <w:tcW w:w="1560" w:type="dxa"/>
          </w:tcPr>
          <w:p w:rsidR="00F57345" w:rsidRDefault="00026585">
            <w:r>
              <w:t>Responsibility</w:t>
            </w:r>
          </w:p>
        </w:tc>
      </w:tr>
      <w:tr w:rsidR="00FF0AB8" w:rsidTr="00FC7A1D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7-Environmental issues</w:t>
            </w:r>
          </w:p>
          <w:p w:rsidR="00FF0AB8" w:rsidRDefault="00FF0AB8">
            <w:r>
              <w:t>Year 8-Worrying about being popular</w:t>
            </w:r>
          </w:p>
          <w:p w:rsidR="00FF0AB8" w:rsidRDefault="00FF0AB8">
            <w:r>
              <w:t>Year 9- Anger Iceberg</w:t>
            </w:r>
          </w:p>
          <w:p w:rsidR="00FF0AB8" w:rsidRDefault="00FF0AB8">
            <w:r>
              <w:t xml:space="preserve">Year 10- </w:t>
            </w:r>
            <w:proofErr w:type="spellStart"/>
            <w:r>
              <w:t>Manging</w:t>
            </w:r>
            <w:proofErr w:type="spellEnd"/>
            <w:r>
              <w:t xml:space="preserve"> stress</w:t>
            </w:r>
          </w:p>
          <w:p w:rsidR="00FF0AB8" w:rsidRDefault="00FF0AB8">
            <w:r>
              <w:t>Year 11- Intervention</w:t>
            </w:r>
          </w:p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24/05/27</w:t>
            </w:r>
          </w:p>
        </w:tc>
        <w:tc>
          <w:tcPr>
            <w:tcW w:w="1724" w:type="dxa"/>
          </w:tcPr>
          <w:p w:rsidR="00F57345" w:rsidRDefault="00026585">
            <w:r>
              <w:t>Climate Change</w:t>
            </w:r>
          </w:p>
        </w:tc>
        <w:tc>
          <w:tcPr>
            <w:tcW w:w="1163" w:type="dxa"/>
          </w:tcPr>
          <w:p w:rsidR="00F57345" w:rsidRDefault="00026585">
            <w:r>
              <w:t>HOY</w:t>
            </w:r>
          </w:p>
        </w:tc>
        <w:tc>
          <w:tcPr>
            <w:tcW w:w="1497" w:type="dxa"/>
          </w:tcPr>
          <w:p w:rsidR="00F57345" w:rsidRDefault="00026585">
            <w:r>
              <w:t>Living in the Wider World</w:t>
            </w:r>
          </w:p>
        </w:tc>
        <w:tc>
          <w:tcPr>
            <w:tcW w:w="1708" w:type="dxa"/>
          </w:tcPr>
          <w:p w:rsidR="00F57345" w:rsidRDefault="00026585">
            <w:r>
              <w:t>Sustainability</w:t>
            </w:r>
          </w:p>
        </w:tc>
        <w:tc>
          <w:tcPr>
            <w:tcW w:w="1289" w:type="dxa"/>
          </w:tcPr>
          <w:p w:rsidR="00F57345" w:rsidRDefault="00026585">
            <w:r>
              <w:t>Democracy</w:t>
            </w:r>
          </w:p>
        </w:tc>
        <w:tc>
          <w:tcPr>
            <w:tcW w:w="1560" w:type="dxa"/>
          </w:tcPr>
          <w:p w:rsidR="00F57345" w:rsidRDefault="00026585">
            <w:r>
              <w:t>Stewardship</w:t>
            </w:r>
          </w:p>
        </w:tc>
      </w:tr>
      <w:tr w:rsidR="00FF0AB8" w:rsidTr="00B67F6B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7-Careers and budgets</w:t>
            </w:r>
          </w:p>
          <w:p w:rsidR="00FF0AB8" w:rsidRDefault="00FF0AB8">
            <w:r>
              <w:t>Year 8-Dealing with bullying</w:t>
            </w:r>
          </w:p>
          <w:p w:rsidR="00FF0AB8" w:rsidRDefault="00FF0AB8">
            <w:r>
              <w:t>Year 9-5 Stages of grief</w:t>
            </w:r>
          </w:p>
          <w:p w:rsidR="00FF0AB8" w:rsidRDefault="00FF0AB8">
            <w:r>
              <w:t>Year 10- Tension</w:t>
            </w:r>
          </w:p>
          <w:p w:rsidR="00FF0AB8" w:rsidRDefault="00FF0AB8">
            <w:r>
              <w:t>Year 11-Intervenion</w:t>
            </w:r>
          </w:p>
        </w:tc>
      </w:tr>
      <w:tr w:rsidR="004B7271" w:rsidTr="00FF0AB8">
        <w:tc>
          <w:tcPr>
            <w:tcW w:w="1255" w:type="dxa"/>
          </w:tcPr>
          <w:p w:rsidR="004B7271" w:rsidRPr="004B7271" w:rsidRDefault="004B7271">
            <w:pPr>
              <w:rPr>
                <w:b/>
              </w:rPr>
            </w:pPr>
            <w:r w:rsidRPr="004B7271">
              <w:rPr>
                <w:b/>
              </w:rPr>
              <w:t>Half Term</w:t>
            </w:r>
          </w:p>
        </w:tc>
        <w:tc>
          <w:tcPr>
            <w:tcW w:w="1724" w:type="dxa"/>
          </w:tcPr>
          <w:p w:rsidR="004B7271" w:rsidRDefault="004B7271"/>
        </w:tc>
        <w:tc>
          <w:tcPr>
            <w:tcW w:w="1163" w:type="dxa"/>
          </w:tcPr>
          <w:p w:rsidR="004B7271" w:rsidRDefault="004B7271"/>
        </w:tc>
        <w:tc>
          <w:tcPr>
            <w:tcW w:w="1497" w:type="dxa"/>
          </w:tcPr>
          <w:p w:rsidR="004B7271" w:rsidRDefault="004B7271"/>
        </w:tc>
        <w:tc>
          <w:tcPr>
            <w:tcW w:w="1708" w:type="dxa"/>
          </w:tcPr>
          <w:p w:rsidR="004B7271" w:rsidRDefault="004B7271"/>
        </w:tc>
        <w:tc>
          <w:tcPr>
            <w:tcW w:w="1289" w:type="dxa"/>
          </w:tcPr>
          <w:p w:rsidR="004B7271" w:rsidRDefault="004B7271"/>
        </w:tc>
        <w:tc>
          <w:tcPr>
            <w:tcW w:w="1560" w:type="dxa"/>
          </w:tcPr>
          <w:p w:rsidR="004B7271" w:rsidRDefault="004B7271"/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07/06/27</w:t>
            </w:r>
          </w:p>
        </w:tc>
        <w:tc>
          <w:tcPr>
            <w:tcW w:w="1724" w:type="dxa"/>
          </w:tcPr>
          <w:p w:rsidR="00F57345" w:rsidRDefault="00026585">
            <w:r>
              <w:t>Oceans</w:t>
            </w:r>
          </w:p>
        </w:tc>
        <w:tc>
          <w:tcPr>
            <w:tcW w:w="1163" w:type="dxa"/>
          </w:tcPr>
          <w:p w:rsidR="00F57345" w:rsidRDefault="00BD524A">
            <w:r>
              <w:t>LHU</w:t>
            </w:r>
          </w:p>
        </w:tc>
        <w:tc>
          <w:tcPr>
            <w:tcW w:w="1497" w:type="dxa"/>
          </w:tcPr>
          <w:p w:rsidR="00F57345" w:rsidRDefault="00026585">
            <w:r>
              <w:t>Living in the Wider World</w:t>
            </w:r>
          </w:p>
        </w:tc>
        <w:tc>
          <w:tcPr>
            <w:tcW w:w="1708" w:type="dxa"/>
          </w:tcPr>
          <w:p w:rsidR="00F57345" w:rsidRDefault="00026585">
            <w:r>
              <w:t>Environment</w:t>
            </w:r>
          </w:p>
        </w:tc>
        <w:tc>
          <w:tcPr>
            <w:tcW w:w="1289" w:type="dxa"/>
          </w:tcPr>
          <w:p w:rsidR="00F57345" w:rsidRDefault="00026585">
            <w:r>
              <w:t>Democracy</w:t>
            </w:r>
          </w:p>
        </w:tc>
        <w:tc>
          <w:tcPr>
            <w:tcW w:w="1560" w:type="dxa"/>
          </w:tcPr>
          <w:p w:rsidR="00F57345" w:rsidRDefault="00026585">
            <w:r>
              <w:t>Responsibility</w:t>
            </w:r>
          </w:p>
        </w:tc>
      </w:tr>
      <w:tr w:rsidR="00FF0AB8" w:rsidTr="00B23D0F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7-Getting organized</w:t>
            </w:r>
          </w:p>
          <w:p w:rsidR="00FF0AB8" w:rsidRDefault="00FF0AB8">
            <w:r>
              <w:t>Year 8-Enviromental issues</w:t>
            </w:r>
          </w:p>
          <w:p w:rsidR="00FF0AB8" w:rsidRDefault="00FF0AB8">
            <w:r>
              <w:t xml:space="preserve">Year 9- </w:t>
            </w:r>
            <w:proofErr w:type="spellStart"/>
            <w:r>
              <w:t>Enviormental</w:t>
            </w:r>
            <w:proofErr w:type="spellEnd"/>
            <w:r>
              <w:t xml:space="preserve"> Issues</w:t>
            </w:r>
          </w:p>
          <w:p w:rsidR="00FF0AB8" w:rsidRDefault="00FF0AB8">
            <w:r>
              <w:t>Year 10- Stages of grief</w:t>
            </w:r>
          </w:p>
          <w:p w:rsidR="00FF0AB8" w:rsidRDefault="00FF0AB8"/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14/06/27</w:t>
            </w:r>
          </w:p>
        </w:tc>
        <w:tc>
          <w:tcPr>
            <w:tcW w:w="1724" w:type="dxa"/>
          </w:tcPr>
          <w:p w:rsidR="00F57345" w:rsidRDefault="00026585">
            <w:r>
              <w:t>Refugees</w:t>
            </w:r>
          </w:p>
        </w:tc>
        <w:tc>
          <w:tcPr>
            <w:tcW w:w="1163" w:type="dxa"/>
          </w:tcPr>
          <w:p w:rsidR="00F57345" w:rsidRDefault="00026585">
            <w:r>
              <w:t>SSM</w:t>
            </w:r>
          </w:p>
        </w:tc>
        <w:tc>
          <w:tcPr>
            <w:tcW w:w="1497" w:type="dxa"/>
          </w:tcPr>
          <w:p w:rsidR="00F57345" w:rsidRDefault="00026585">
            <w:r>
              <w:t>Living in the Wider World</w:t>
            </w:r>
          </w:p>
        </w:tc>
        <w:tc>
          <w:tcPr>
            <w:tcW w:w="1708" w:type="dxa"/>
          </w:tcPr>
          <w:p w:rsidR="00F57345" w:rsidRDefault="00026585">
            <w:r>
              <w:t>Global citizenship</w:t>
            </w:r>
          </w:p>
        </w:tc>
        <w:tc>
          <w:tcPr>
            <w:tcW w:w="1289" w:type="dxa"/>
          </w:tcPr>
          <w:p w:rsidR="00F57345" w:rsidRDefault="00026585">
            <w:r>
              <w:t>Tolerance</w:t>
            </w:r>
          </w:p>
        </w:tc>
        <w:tc>
          <w:tcPr>
            <w:tcW w:w="1560" w:type="dxa"/>
          </w:tcPr>
          <w:p w:rsidR="00F57345" w:rsidRDefault="00026585">
            <w:r>
              <w:t>Empathy</w:t>
            </w:r>
          </w:p>
        </w:tc>
      </w:tr>
      <w:tr w:rsidR="00FF0AB8" w:rsidTr="002C6990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7-Teamwork</w:t>
            </w:r>
          </w:p>
          <w:p w:rsidR="00FF0AB8" w:rsidRDefault="00FF0AB8">
            <w:r>
              <w:t>Year 8-Internet Safety</w:t>
            </w:r>
          </w:p>
          <w:p w:rsidR="00FF0AB8" w:rsidRDefault="00FF0AB8">
            <w:r>
              <w:t>Year 9-Careers</w:t>
            </w:r>
          </w:p>
          <w:p w:rsidR="00FF0AB8" w:rsidRDefault="00FF0AB8">
            <w:r>
              <w:t>Year 10- Sun Safety</w:t>
            </w:r>
          </w:p>
          <w:p w:rsidR="00FF0AB8" w:rsidRDefault="00FF0AB8"/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21/06/27</w:t>
            </w:r>
          </w:p>
        </w:tc>
        <w:tc>
          <w:tcPr>
            <w:tcW w:w="1724" w:type="dxa"/>
          </w:tcPr>
          <w:p w:rsidR="00F57345" w:rsidRDefault="00026585">
            <w:r>
              <w:t>Online Safety</w:t>
            </w:r>
          </w:p>
        </w:tc>
        <w:tc>
          <w:tcPr>
            <w:tcW w:w="1163" w:type="dxa"/>
          </w:tcPr>
          <w:p w:rsidR="00F57345" w:rsidRDefault="00026585">
            <w:r>
              <w:t>DNE</w:t>
            </w:r>
          </w:p>
        </w:tc>
        <w:tc>
          <w:tcPr>
            <w:tcW w:w="1497" w:type="dxa"/>
          </w:tcPr>
          <w:p w:rsidR="00F57345" w:rsidRDefault="00026585">
            <w:r>
              <w:t>Health &amp; Wellbeing</w:t>
            </w:r>
          </w:p>
        </w:tc>
        <w:tc>
          <w:tcPr>
            <w:tcW w:w="1708" w:type="dxa"/>
          </w:tcPr>
          <w:p w:rsidR="00F57345" w:rsidRDefault="00026585">
            <w:r>
              <w:t>Online safety</w:t>
            </w:r>
          </w:p>
        </w:tc>
        <w:tc>
          <w:tcPr>
            <w:tcW w:w="1289" w:type="dxa"/>
          </w:tcPr>
          <w:p w:rsidR="00F57345" w:rsidRDefault="00026585">
            <w:r>
              <w:t>Individual Liberty</w:t>
            </w:r>
          </w:p>
        </w:tc>
        <w:tc>
          <w:tcPr>
            <w:tcW w:w="1560" w:type="dxa"/>
          </w:tcPr>
          <w:p w:rsidR="00F57345" w:rsidRDefault="00026585">
            <w:r>
              <w:t>Responsibility</w:t>
            </w:r>
          </w:p>
        </w:tc>
      </w:tr>
      <w:tr w:rsidR="00FF0AB8" w:rsidTr="00E0390D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7-Careers</w:t>
            </w:r>
          </w:p>
          <w:p w:rsidR="00FF0AB8" w:rsidRDefault="00FF0AB8">
            <w:r>
              <w:t>Year 8-Social Media</w:t>
            </w:r>
          </w:p>
          <w:p w:rsidR="00FF0AB8" w:rsidRDefault="00FF0AB8">
            <w:r>
              <w:t>Year 9- Internet</w:t>
            </w:r>
          </w:p>
          <w:p w:rsidR="00FF0AB8" w:rsidRDefault="00FF0AB8">
            <w:r>
              <w:t xml:space="preserve">Year 10- Careers and work </w:t>
            </w:r>
            <w:proofErr w:type="spellStart"/>
            <w:r>
              <w:t>expereince</w:t>
            </w:r>
            <w:proofErr w:type="spellEnd"/>
          </w:p>
          <w:p w:rsidR="00FF0AB8" w:rsidRDefault="00FF0AB8"/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28/06/27</w:t>
            </w:r>
          </w:p>
        </w:tc>
        <w:tc>
          <w:tcPr>
            <w:tcW w:w="1724" w:type="dxa"/>
          </w:tcPr>
          <w:p w:rsidR="00F57345" w:rsidRDefault="00026585">
            <w:r>
              <w:t>Disability</w:t>
            </w:r>
          </w:p>
        </w:tc>
        <w:tc>
          <w:tcPr>
            <w:tcW w:w="1163" w:type="dxa"/>
          </w:tcPr>
          <w:p w:rsidR="00F57345" w:rsidRDefault="00026585">
            <w:r>
              <w:t>HOY</w:t>
            </w:r>
          </w:p>
        </w:tc>
        <w:tc>
          <w:tcPr>
            <w:tcW w:w="1497" w:type="dxa"/>
          </w:tcPr>
          <w:p w:rsidR="00F57345" w:rsidRDefault="00026585">
            <w:r>
              <w:t>Relationships</w:t>
            </w:r>
          </w:p>
        </w:tc>
        <w:tc>
          <w:tcPr>
            <w:tcW w:w="1708" w:type="dxa"/>
          </w:tcPr>
          <w:p w:rsidR="00F57345" w:rsidRDefault="00026585">
            <w:r>
              <w:t>Inclusion</w:t>
            </w:r>
          </w:p>
        </w:tc>
        <w:tc>
          <w:tcPr>
            <w:tcW w:w="1289" w:type="dxa"/>
          </w:tcPr>
          <w:p w:rsidR="00F57345" w:rsidRDefault="00026585">
            <w:r>
              <w:t>Mutual Respect</w:t>
            </w:r>
          </w:p>
        </w:tc>
        <w:tc>
          <w:tcPr>
            <w:tcW w:w="1560" w:type="dxa"/>
          </w:tcPr>
          <w:p w:rsidR="00F57345" w:rsidRDefault="00026585">
            <w:r>
              <w:t>Respect</w:t>
            </w:r>
          </w:p>
        </w:tc>
      </w:tr>
      <w:tr w:rsidR="00FF0AB8" w:rsidTr="0001506A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7-Careers</w:t>
            </w:r>
          </w:p>
          <w:p w:rsidR="00FF0AB8" w:rsidRDefault="00FF0AB8">
            <w:r>
              <w:t>Year 8-Careers</w:t>
            </w:r>
          </w:p>
          <w:p w:rsidR="00FF0AB8" w:rsidRDefault="00FF0AB8">
            <w:r>
              <w:t>Year 9-Careers</w:t>
            </w:r>
          </w:p>
          <w:p w:rsidR="00FF0AB8" w:rsidRDefault="00FF0AB8">
            <w:r>
              <w:t xml:space="preserve">Year 10-Careers and work </w:t>
            </w:r>
            <w:proofErr w:type="spellStart"/>
            <w:r>
              <w:t>expereince</w:t>
            </w:r>
            <w:proofErr w:type="spellEnd"/>
          </w:p>
          <w:p w:rsidR="00FF0AB8" w:rsidRDefault="00FF0AB8"/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lastRenderedPageBreak/>
              <w:t>05/07/27</w:t>
            </w:r>
          </w:p>
        </w:tc>
        <w:tc>
          <w:tcPr>
            <w:tcW w:w="1724" w:type="dxa"/>
          </w:tcPr>
          <w:p w:rsidR="00F57345" w:rsidRDefault="00026585">
            <w:r>
              <w:t>Population</w:t>
            </w:r>
          </w:p>
        </w:tc>
        <w:tc>
          <w:tcPr>
            <w:tcW w:w="1163" w:type="dxa"/>
          </w:tcPr>
          <w:p w:rsidR="00F57345" w:rsidRDefault="00026585">
            <w:r>
              <w:t>HOY</w:t>
            </w:r>
          </w:p>
        </w:tc>
        <w:tc>
          <w:tcPr>
            <w:tcW w:w="1497" w:type="dxa"/>
          </w:tcPr>
          <w:p w:rsidR="00F57345" w:rsidRDefault="00026585">
            <w:r>
              <w:t>Living in the Wider World</w:t>
            </w:r>
          </w:p>
        </w:tc>
        <w:tc>
          <w:tcPr>
            <w:tcW w:w="1708" w:type="dxa"/>
          </w:tcPr>
          <w:p w:rsidR="00F57345" w:rsidRDefault="00026585">
            <w:r>
              <w:t>Global issues</w:t>
            </w:r>
          </w:p>
        </w:tc>
        <w:tc>
          <w:tcPr>
            <w:tcW w:w="1289" w:type="dxa"/>
          </w:tcPr>
          <w:p w:rsidR="00F57345" w:rsidRDefault="00026585">
            <w:r>
              <w:t>Democracy</w:t>
            </w:r>
          </w:p>
        </w:tc>
        <w:tc>
          <w:tcPr>
            <w:tcW w:w="1560" w:type="dxa"/>
          </w:tcPr>
          <w:p w:rsidR="00F57345" w:rsidRDefault="00026585">
            <w:r>
              <w:t>Awareness</w:t>
            </w:r>
          </w:p>
        </w:tc>
      </w:tr>
      <w:tr w:rsidR="00FF0AB8" w:rsidTr="00C53EAF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7-The joy of reading</w:t>
            </w:r>
          </w:p>
          <w:p w:rsidR="00FF0AB8" w:rsidRDefault="00FF0AB8">
            <w:r>
              <w:t>Year 8-Smart Phones</w:t>
            </w:r>
          </w:p>
          <w:p w:rsidR="00FF0AB8" w:rsidRDefault="00FF0AB8">
            <w:r>
              <w:t>Year 9-Using your smart phone</w:t>
            </w:r>
          </w:p>
          <w:p w:rsidR="00FF0AB8" w:rsidRDefault="00FF0AB8">
            <w:r>
              <w:t>Year 10-Careers and work experience</w:t>
            </w:r>
          </w:p>
          <w:p w:rsidR="00FF0AB8" w:rsidRDefault="00FF0AB8"/>
        </w:tc>
      </w:tr>
      <w:tr w:rsidR="00F57345" w:rsidTr="00FF0AB8">
        <w:tc>
          <w:tcPr>
            <w:tcW w:w="1255" w:type="dxa"/>
          </w:tcPr>
          <w:p w:rsidR="00F57345" w:rsidRPr="004B7271" w:rsidRDefault="00026585">
            <w:pPr>
              <w:rPr>
                <w:b/>
              </w:rPr>
            </w:pPr>
            <w:r w:rsidRPr="004B7271">
              <w:rPr>
                <w:b/>
              </w:rPr>
              <w:t>12/07/27</w:t>
            </w:r>
          </w:p>
        </w:tc>
        <w:tc>
          <w:tcPr>
            <w:tcW w:w="1724" w:type="dxa"/>
          </w:tcPr>
          <w:p w:rsidR="00F57345" w:rsidRDefault="00026585">
            <w:r>
              <w:t>Careers</w:t>
            </w:r>
          </w:p>
        </w:tc>
        <w:tc>
          <w:tcPr>
            <w:tcW w:w="1163" w:type="dxa"/>
          </w:tcPr>
          <w:p w:rsidR="00F57345" w:rsidRDefault="00026585">
            <w:r>
              <w:t>JSM</w:t>
            </w:r>
          </w:p>
        </w:tc>
        <w:tc>
          <w:tcPr>
            <w:tcW w:w="1497" w:type="dxa"/>
          </w:tcPr>
          <w:p w:rsidR="00F57345" w:rsidRDefault="00026585">
            <w:r>
              <w:t>Living in the Wider World</w:t>
            </w:r>
          </w:p>
        </w:tc>
        <w:tc>
          <w:tcPr>
            <w:tcW w:w="1708" w:type="dxa"/>
          </w:tcPr>
          <w:p w:rsidR="00F57345" w:rsidRDefault="00026585">
            <w:r>
              <w:t>Employability</w:t>
            </w:r>
          </w:p>
        </w:tc>
        <w:tc>
          <w:tcPr>
            <w:tcW w:w="1289" w:type="dxa"/>
          </w:tcPr>
          <w:p w:rsidR="00F57345" w:rsidRDefault="00026585">
            <w:r>
              <w:t>Individual Liberty</w:t>
            </w:r>
          </w:p>
        </w:tc>
        <w:tc>
          <w:tcPr>
            <w:tcW w:w="1560" w:type="dxa"/>
          </w:tcPr>
          <w:p w:rsidR="00F57345" w:rsidRDefault="00026585">
            <w:r>
              <w:t>Aspiration</w:t>
            </w:r>
          </w:p>
        </w:tc>
      </w:tr>
      <w:tr w:rsidR="00FF0AB8" w:rsidTr="004F70A4">
        <w:tc>
          <w:tcPr>
            <w:tcW w:w="10196" w:type="dxa"/>
            <w:gridSpan w:val="7"/>
          </w:tcPr>
          <w:p w:rsidR="00FF0AB8" w:rsidRPr="004B7271" w:rsidRDefault="00FF0AB8">
            <w:pPr>
              <w:rPr>
                <w:b/>
              </w:rPr>
            </w:pPr>
            <w:r>
              <w:rPr>
                <w:b/>
              </w:rPr>
              <w:t>Planner Link</w:t>
            </w:r>
          </w:p>
          <w:p w:rsidR="00FF0AB8" w:rsidRDefault="00FF0AB8">
            <w:r>
              <w:t>Year 7-Careers</w:t>
            </w:r>
          </w:p>
          <w:p w:rsidR="00FF0AB8" w:rsidRDefault="00FF0AB8">
            <w:r>
              <w:t>Year 8-Positive digital footprint</w:t>
            </w:r>
          </w:p>
          <w:p w:rsidR="00FF0AB8" w:rsidRDefault="00FF0AB8">
            <w:r>
              <w:t xml:space="preserve">Year 9-Creating a digital </w:t>
            </w:r>
            <w:proofErr w:type="spellStart"/>
            <w:r>
              <w:t>footpring</w:t>
            </w:r>
            <w:proofErr w:type="spellEnd"/>
          </w:p>
          <w:p w:rsidR="00FF0AB8" w:rsidRDefault="00FF0AB8">
            <w:r>
              <w:t xml:space="preserve">Year 10- </w:t>
            </w:r>
            <w:proofErr w:type="spellStart"/>
            <w:r>
              <w:t>Craeers</w:t>
            </w:r>
            <w:proofErr w:type="spellEnd"/>
            <w:r>
              <w:t xml:space="preserve"> and work </w:t>
            </w:r>
            <w:proofErr w:type="spellStart"/>
            <w:r>
              <w:t>expereince</w:t>
            </w:r>
            <w:proofErr w:type="spellEnd"/>
          </w:p>
          <w:p w:rsidR="00FF0AB8" w:rsidRDefault="00FF0AB8"/>
        </w:tc>
      </w:tr>
      <w:tr w:rsidR="00F57345" w:rsidTr="00FF0AB8">
        <w:tc>
          <w:tcPr>
            <w:tcW w:w="1255" w:type="dxa"/>
          </w:tcPr>
          <w:p w:rsidR="00F57345" w:rsidRDefault="00026585">
            <w:r>
              <w:t>Final Week</w:t>
            </w:r>
          </w:p>
        </w:tc>
        <w:tc>
          <w:tcPr>
            <w:tcW w:w="1724" w:type="dxa"/>
          </w:tcPr>
          <w:p w:rsidR="00F57345" w:rsidRDefault="00026585">
            <w:r>
              <w:t>Friendship</w:t>
            </w:r>
          </w:p>
        </w:tc>
        <w:tc>
          <w:tcPr>
            <w:tcW w:w="1163" w:type="dxa"/>
          </w:tcPr>
          <w:p w:rsidR="00F57345" w:rsidRDefault="00026585">
            <w:r>
              <w:t>HOY/SFO</w:t>
            </w:r>
          </w:p>
        </w:tc>
        <w:tc>
          <w:tcPr>
            <w:tcW w:w="1497" w:type="dxa"/>
          </w:tcPr>
          <w:p w:rsidR="00F57345" w:rsidRDefault="00026585">
            <w:r>
              <w:t>Relationships</w:t>
            </w:r>
          </w:p>
        </w:tc>
        <w:tc>
          <w:tcPr>
            <w:tcW w:w="1708" w:type="dxa"/>
          </w:tcPr>
          <w:p w:rsidR="00F57345" w:rsidRDefault="00026585">
            <w:r>
              <w:t>Positive relationships</w:t>
            </w:r>
          </w:p>
        </w:tc>
        <w:tc>
          <w:tcPr>
            <w:tcW w:w="1289" w:type="dxa"/>
          </w:tcPr>
          <w:p w:rsidR="00F57345" w:rsidRDefault="00026585">
            <w:r>
              <w:t>Mutual Respect</w:t>
            </w:r>
          </w:p>
        </w:tc>
        <w:tc>
          <w:tcPr>
            <w:tcW w:w="1560" w:type="dxa"/>
          </w:tcPr>
          <w:p w:rsidR="00F57345" w:rsidRDefault="00026585">
            <w:r>
              <w:t>Community</w:t>
            </w:r>
          </w:p>
        </w:tc>
      </w:tr>
      <w:tr w:rsidR="00FF0AB8" w:rsidTr="00005286">
        <w:tc>
          <w:tcPr>
            <w:tcW w:w="10196" w:type="dxa"/>
            <w:gridSpan w:val="7"/>
          </w:tcPr>
          <w:p w:rsidR="00FF0AB8" w:rsidRPr="007F3717" w:rsidRDefault="00FF0AB8">
            <w:pPr>
              <w:rPr>
                <w:b/>
              </w:rPr>
            </w:pPr>
            <w:r w:rsidRPr="007F3717">
              <w:rPr>
                <w:b/>
              </w:rPr>
              <w:t>Planner Link</w:t>
            </w:r>
          </w:p>
          <w:p w:rsidR="00FF0AB8" w:rsidRDefault="00FF0AB8">
            <w:r>
              <w:t>Year 7-The joy of reading</w:t>
            </w:r>
          </w:p>
          <w:p w:rsidR="00FF0AB8" w:rsidRDefault="00FF0AB8">
            <w:r>
              <w:t>Year 8-enviromental issues</w:t>
            </w:r>
          </w:p>
          <w:p w:rsidR="00FF0AB8" w:rsidRDefault="00FF0AB8">
            <w:r>
              <w:t xml:space="preserve">Year 9- Preparing for the summer holidays </w:t>
            </w:r>
          </w:p>
          <w:p w:rsidR="00FF0AB8" w:rsidRDefault="00FF0AB8">
            <w:r>
              <w:t xml:space="preserve">Year 10- Planning for </w:t>
            </w:r>
          </w:p>
        </w:tc>
      </w:tr>
    </w:tbl>
    <w:p w:rsidR="00026585" w:rsidRDefault="00026585"/>
    <w:sectPr w:rsidR="00026585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C7633F4"/>
    <w:multiLevelType w:val="hybridMultilevel"/>
    <w:tmpl w:val="8A16D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585"/>
    <w:rsid w:val="00034616"/>
    <w:rsid w:val="0006063C"/>
    <w:rsid w:val="00085264"/>
    <w:rsid w:val="000F07B3"/>
    <w:rsid w:val="0015074B"/>
    <w:rsid w:val="00191EBE"/>
    <w:rsid w:val="0020233E"/>
    <w:rsid w:val="00244123"/>
    <w:rsid w:val="0029639D"/>
    <w:rsid w:val="00326F90"/>
    <w:rsid w:val="004753F4"/>
    <w:rsid w:val="004B7271"/>
    <w:rsid w:val="00762369"/>
    <w:rsid w:val="00783996"/>
    <w:rsid w:val="007F3717"/>
    <w:rsid w:val="008248A7"/>
    <w:rsid w:val="00AA1D8D"/>
    <w:rsid w:val="00B47730"/>
    <w:rsid w:val="00BD524A"/>
    <w:rsid w:val="00CB0664"/>
    <w:rsid w:val="00DA5F46"/>
    <w:rsid w:val="00DF4706"/>
    <w:rsid w:val="00F57345"/>
    <w:rsid w:val="00FB7B5F"/>
    <w:rsid w:val="00FC693F"/>
    <w:rsid w:val="00FF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5BDEE6"/>
  <w14:defaultImageDpi w14:val="300"/>
  <w15:docId w15:val="{15FC6FC9-835C-4E1A-ACA3-BAED103F6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10B310-4BEE-4289-8273-5DB50FE44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Libby Isaac</cp:lastModifiedBy>
  <cp:revision>2</cp:revision>
  <dcterms:created xsi:type="dcterms:W3CDTF">2026-07-16T12:08:00Z</dcterms:created>
  <dcterms:modified xsi:type="dcterms:W3CDTF">2026-07-16T12:08:00Z</dcterms:modified>
  <cp:category/>
</cp:coreProperties>
</file>